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E521EF" w14:textId="77777777" w:rsidR="00BD5353" w:rsidRDefault="00BD5353" w:rsidP="00BD5353">
      <w:pPr>
        <w:rPr>
          <w:rFonts w:ascii="Aptos" w:hAnsi="Aptos"/>
          <w:b/>
          <w:sz w:val="21"/>
          <w:szCs w:val="21"/>
        </w:rPr>
      </w:pPr>
    </w:p>
    <w:p w14:paraId="033623BA" w14:textId="7E1B8C5F" w:rsidR="00E051C8" w:rsidRPr="00DF30E4" w:rsidRDefault="00DF30E4" w:rsidP="00BD5353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b/>
          <w:sz w:val="21"/>
          <w:szCs w:val="21"/>
        </w:rPr>
        <w:t>Speech and Language Therapy Referral Form</w:t>
      </w:r>
    </w:p>
    <w:p w14:paraId="4F0554D6" w14:textId="0DCCEA10" w:rsidR="00E051C8" w:rsidRPr="00DF30E4" w:rsidRDefault="00947274" w:rsidP="0054760B">
      <w:pPr>
        <w:spacing w:after="240"/>
        <w:rPr>
          <w:rFonts w:ascii="Aptos" w:hAnsi="Aptos"/>
          <w:i/>
          <w:sz w:val="21"/>
          <w:szCs w:val="21"/>
        </w:rPr>
      </w:pPr>
      <w:r w:rsidRPr="00DF30E4">
        <w:rPr>
          <w:rFonts w:ascii="Aptos" w:hAnsi="Aptos"/>
          <w:i/>
          <w:sz w:val="21"/>
          <w:szCs w:val="21"/>
        </w:rPr>
        <w:t xml:space="preserve">Please complete all sections and return </w:t>
      </w:r>
      <w:r w:rsidR="00DF30E4" w:rsidRPr="00DF30E4">
        <w:rPr>
          <w:rFonts w:ascii="Aptos" w:hAnsi="Aptos"/>
          <w:i/>
          <w:sz w:val="21"/>
          <w:szCs w:val="21"/>
        </w:rPr>
        <w:t xml:space="preserve">a copy of this form </w:t>
      </w:r>
      <w:r w:rsidR="00DF30E4" w:rsidRPr="00DF30E4">
        <w:rPr>
          <w:rFonts w:ascii="Aptos" w:hAnsi="Aptos"/>
          <w:i/>
          <w:sz w:val="21"/>
          <w:szCs w:val="21"/>
        </w:rPr>
        <w:t xml:space="preserve">to </w:t>
      </w:r>
      <w:hyperlink r:id="rId8" w:history="1">
        <w:r w:rsidR="00DF30E4" w:rsidRPr="00DF30E4">
          <w:rPr>
            <w:rStyle w:val="Hyperlink"/>
            <w:rFonts w:ascii="Aptos" w:hAnsi="Aptos"/>
            <w:i/>
            <w:sz w:val="21"/>
            <w:szCs w:val="21"/>
          </w:rPr>
          <w:t>rowanrannerSLT@outlook.com</w:t>
        </w:r>
      </w:hyperlink>
      <w:r w:rsidR="00DF30E4" w:rsidRPr="00DF30E4">
        <w:rPr>
          <w:rFonts w:ascii="Aptos" w:hAnsi="Aptos"/>
          <w:i/>
          <w:sz w:val="21"/>
          <w:szCs w:val="21"/>
        </w:rPr>
        <w:t xml:space="preserve"> </w:t>
      </w:r>
    </w:p>
    <w:p w14:paraId="40679562" w14:textId="340C2AC4" w:rsidR="00E30D3B" w:rsidRPr="00DF30E4" w:rsidRDefault="00E30D3B" w:rsidP="00E30D3B">
      <w:pPr>
        <w:spacing w:after="240"/>
        <w:rPr>
          <w:rFonts w:ascii="Aptos" w:hAnsi="Aptos"/>
          <w:i/>
          <w:sz w:val="21"/>
          <w:szCs w:val="21"/>
        </w:rPr>
      </w:pPr>
      <w:r w:rsidRPr="00DF30E4">
        <w:rPr>
          <w:rFonts w:ascii="Aptos" w:hAnsi="Aptos"/>
          <w:i/>
          <w:sz w:val="21"/>
          <w:szCs w:val="21"/>
        </w:rPr>
        <w:t xml:space="preserve">All data collected in this form will be stored securely in line with </w:t>
      </w:r>
      <w:r w:rsidR="00DF30E4" w:rsidRPr="00DF30E4">
        <w:rPr>
          <w:rFonts w:ascii="Aptos" w:hAnsi="Aptos"/>
          <w:i/>
          <w:sz w:val="21"/>
          <w:szCs w:val="21"/>
        </w:rPr>
        <w:t>current G</w:t>
      </w:r>
      <w:r w:rsidRPr="00DF30E4">
        <w:rPr>
          <w:rFonts w:ascii="Aptos" w:hAnsi="Aptos"/>
          <w:i/>
          <w:sz w:val="21"/>
          <w:szCs w:val="21"/>
        </w:rPr>
        <w:t xml:space="preserve">eneral </w:t>
      </w:r>
      <w:r w:rsidR="00DF30E4" w:rsidRPr="00DF30E4">
        <w:rPr>
          <w:rFonts w:ascii="Aptos" w:hAnsi="Aptos"/>
          <w:i/>
          <w:sz w:val="21"/>
          <w:szCs w:val="21"/>
        </w:rPr>
        <w:t>D</w:t>
      </w:r>
      <w:r w:rsidRPr="00DF30E4">
        <w:rPr>
          <w:rFonts w:ascii="Aptos" w:hAnsi="Aptos"/>
          <w:i/>
          <w:sz w:val="21"/>
          <w:szCs w:val="21"/>
        </w:rPr>
        <w:t xml:space="preserve">ata </w:t>
      </w:r>
      <w:r w:rsidR="00DF30E4" w:rsidRPr="00DF30E4">
        <w:rPr>
          <w:rFonts w:ascii="Aptos" w:hAnsi="Aptos"/>
          <w:i/>
          <w:sz w:val="21"/>
          <w:szCs w:val="21"/>
        </w:rPr>
        <w:t>P</w:t>
      </w:r>
      <w:r w:rsidRPr="00DF30E4">
        <w:rPr>
          <w:rFonts w:ascii="Aptos" w:hAnsi="Aptos"/>
          <w:i/>
          <w:sz w:val="21"/>
          <w:szCs w:val="21"/>
        </w:rPr>
        <w:t xml:space="preserve">rotection </w:t>
      </w:r>
      <w:r w:rsidR="00DF30E4" w:rsidRPr="00DF30E4">
        <w:rPr>
          <w:rFonts w:ascii="Aptos" w:hAnsi="Aptos"/>
          <w:i/>
          <w:sz w:val="21"/>
          <w:szCs w:val="21"/>
        </w:rPr>
        <w:t>R</w:t>
      </w:r>
      <w:r w:rsidRPr="00DF30E4">
        <w:rPr>
          <w:rFonts w:ascii="Aptos" w:hAnsi="Aptos"/>
          <w:i/>
          <w:sz w:val="21"/>
          <w:szCs w:val="21"/>
        </w:rPr>
        <w:t>egulation (GDPR)</w:t>
      </w:r>
      <w:r w:rsidR="0064617A">
        <w:rPr>
          <w:rFonts w:ascii="Aptos" w:hAnsi="Aptos"/>
          <w:i/>
          <w:sz w:val="21"/>
          <w:szCs w:val="21"/>
        </w:rPr>
        <w:t>.</w:t>
      </w:r>
    </w:p>
    <w:p w14:paraId="5C33E3AC" w14:textId="20AE5E47" w:rsidR="00DF30E4" w:rsidRDefault="009A6F9B" w:rsidP="009A6F9B">
      <w:pPr>
        <w:pStyle w:val="Heading2"/>
        <w:rPr>
          <w:rFonts w:ascii="Aptos" w:hAnsi="Aptos"/>
          <w:color w:val="6F9EA8"/>
          <w:sz w:val="21"/>
          <w:szCs w:val="21"/>
        </w:rPr>
      </w:pPr>
      <w:r>
        <w:rPr>
          <w:rFonts w:ascii="Aptos" w:hAnsi="Aptos"/>
          <w:color w:val="6F9EA8"/>
          <w:sz w:val="21"/>
          <w:szCs w:val="21"/>
        </w:rPr>
        <w:t xml:space="preserve">1. </w:t>
      </w:r>
      <w:r w:rsidR="00947274" w:rsidRPr="00DF30E4">
        <w:rPr>
          <w:rFonts w:ascii="Aptos" w:hAnsi="Aptos"/>
          <w:color w:val="6F9EA8"/>
          <w:sz w:val="21"/>
          <w:szCs w:val="21"/>
        </w:rPr>
        <w:t>R</w:t>
      </w:r>
      <w:r w:rsidR="00DF30E4" w:rsidRPr="00DF30E4">
        <w:rPr>
          <w:rFonts w:ascii="Aptos" w:hAnsi="Aptos"/>
          <w:color w:val="6F9EA8"/>
          <w:sz w:val="21"/>
          <w:szCs w:val="21"/>
        </w:rPr>
        <w:t>eferrer Details</w:t>
      </w:r>
      <w:r>
        <w:rPr>
          <w:rFonts w:ascii="Aptos" w:hAnsi="Aptos"/>
          <w:color w:val="6F9EA8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9A6F9B" w:rsidRPr="00DF30E4" w14:paraId="36843232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3A160C87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Full</w:t>
            </w:r>
            <w:r w:rsidRPr="00DF30E4">
              <w:rPr>
                <w:rFonts w:ascii="Aptos" w:hAnsi="Aptos"/>
                <w:sz w:val="21"/>
                <w:szCs w:val="21"/>
              </w:rPr>
              <w:t xml:space="preserve"> 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7AEB78BF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187524D8" w14:textId="77777777" w:rsidTr="001C5C16">
        <w:tc>
          <w:tcPr>
            <w:tcW w:w="3114" w:type="dxa"/>
          </w:tcPr>
          <w:p w14:paraId="088676EB" w14:textId="742DBE3C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Job Title / Role</w:t>
            </w:r>
          </w:p>
        </w:tc>
        <w:tc>
          <w:tcPr>
            <w:tcW w:w="6280" w:type="dxa"/>
          </w:tcPr>
          <w:p w14:paraId="298CC52D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4BEA5DC7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61132F9C" w14:textId="1F734FB6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Service / Organisation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381655E7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03F784FB" w14:textId="77777777" w:rsidTr="001C5C16">
        <w:tc>
          <w:tcPr>
            <w:tcW w:w="3114" w:type="dxa"/>
          </w:tcPr>
          <w:p w14:paraId="791C737B" w14:textId="1AC1829B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Contact Telephone</w:t>
            </w:r>
          </w:p>
        </w:tc>
        <w:tc>
          <w:tcPr>
            <w:tcW w:w="6280" w:type="dxa"/>
          </w:tcPr>
          <w:p w14:paraId="53872DDE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690B9D8A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49B530CE" w14:textId="504BB468" w:rsidR="009A6F9B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Email Address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471E1B56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5A9B5F41" w14:textId="77777777" w:rsidTr="001C5C16">
        <w:tc>
          <w:tcPr>
            <w:tcW w:w="3114" w:type="dxa"/>
          </w:tcPr>
          <w:p w14:paraId="7DA7952A" w14:textId="01CE84DA" w:rsidR="009A6F9B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Referral Date</w:t>
            </w:r>
          </w:p>
        </w:tc>
        <w:tc>
          <w:tcPr>
            <w:tcW w:w="6280" w:type="dxa"/>
          </w:tcPr>
          <w:p w14:paraId="21126AE4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570EF13C" w14:textId="39A59C9F" w:rsidR="00E051C8" w:rsidRDefault="00947274">
      <w:pPr>
        <w:pStyle w:val="Heading2"/>
        <w:rPr>
          <w:rFonts w:ascii="Aptos" w:hAnsi="Aptos"/>
          <w:color w:val="6F9EA8"/>
          <w:sz w:val="21"/>
          <w:szCs w:val="21"/>
        </w:rPr>
      </w:pPr>
      <w:r w:rsidRPr="00DF30E4">
        <w:rPr>
          <w:rFonts w:ascii="Aptos" w:hAnsi="Aptos"/>
          <w:color w:val="6F9EA8"/>
          <w:sz w:val="21"/>
          <w:szCs w:val="21"/>
        </w:rPr>
        <w:t>2</w:t>
      </w:r>
      <w:r w:rsidR="00DF30E4" w:rsidRPr="00DF30E4">
        <w:rPr>
          <w:rFonts w:ascii="Aptos" w:hAnsi="Aptos"/>
          <w:color w:val="6F9EA8"/>
          <w:sz w:val="21"/>
          <w:szCs w:val="21"/>
        </w:rPr>
        <w:t>.</w:t>
      </w:r>
      <w:r w:rsidRPr="00DF30E4">
        <w:rPr>
          <w:rFonts w:ascii="Aptos" w:hAnsi="Aptos"/>
          <w:color w:val="6F9EA8"/>
          <w:sz w:val="21"/>
          <w:szCs w:val="21"/>
        </w:rPr>
        <w:t xml:space="preserve"> </w:t>
      </w:r>
      <w:r w:rsidR="00DF30E4" w:rsidRPr="00DF30E4">
        <w:rPr>
          <w:rFonts w:ascii="Aptos" w:hAnsi="Aptos"/>
          <w:color w:val="6F9EA8"/>
          <w:sz w:val="21"/>
          <w:szCs w:val="21"/>
        </w:rPr>
        <w:t>Client Details</w:t>
      </w:r>
      <w:r w:rsidR="00DF30E4">
        <w:rPr>
          <w:rFonts w:ascii="Aptos" w:hAnsi="Aptos"/>
          <w:color w:val="6F9EA8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DF30E4" w:rsidRPr="00DF30E4" w14:paraId="035FA228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128245DF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Full</w:t>
            </w:r>
            <w:r w:rsidRPr="00DF30E4">
              <w:rPr>
                <w:rFonts w:ascii="Aptos" w:hAnsi="Aptos"/>
                <w:sz w:val="21"/>
                <w:szCs w:val="21"/>
              </w:rPr>
              <w:t xml:space="preserve"> 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2ABF2E4A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6E97E8D8" w14:textId="77777777" w:rsidTr="001C5C16">
        <w:tc>
          <w:tcPr>
            <w:tcW w:w="3114" w:type="dxa"/>
          </w:tcPr>
          <w:p w14:paraId="06DC80C6" w14:textId="6B75A03F" w:rsidR="00DF30E4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Age / </w:t>
            </w:r>
            <w:r w:rsidR="00DF30E4">
              <w:rPr>
                <w:rFonts w:ascii="Aptos" w:hAnsi="Aptos"/>
                <w:sz w:val="21"/>
                <w:szCs w:val="21"/>
              </w:rPr>
              <w:t>Date of Birth</w:t>
            </w:r>
          </w:p>
        </w:tc>
        <w:tc>
          <w:tcPr>
            <w:tcW w:w="6280" w:type="dxa"/>
          </w:tcPr>
          <w:p w14:paraId="5444CDCC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6DCBD6E3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54CC8939" w14:textId="30591F5D" w:rsidR="00DF30E4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Address 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45B938FB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7926BBE0" w14:textId="77777777" w:rsidTr="001C5C16">
        <w:tc>
          <w:tcPr>
            <w:tcW w:w="3114" w:type="dxa"/>
          </w:tcPr>
          <w:p w14:paraId="3FFFBD46" w14:textId="76E88C0A" w:rsidR="00DF30E4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Postcode</w:t>
            </w:r>
          </w:p>
        </w:tc>
        <w:tc>
          <w:tcPr>
            <w:tcW w:w="6280" w:type="dxa"/>
          </w:tcPr>
          <w:p w14:paraId="510CF52E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5533A74A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5E027C3B" w14:textId="56625901" w:rsid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Telephone Number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2064C704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0F921E28" w14:textId="77777777" w:rsidTr="001C5C16">
        <w:tc>
          <w:tcPr>
            <w:tcW w:w="3114" w:type="dxa"/>
          </w:tcPr>
          <w:p w14:paraId="052090A7" w14:textId="38C7EB77" w:rsid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Email Address</w:t>
            </w:r>
          </w:p>
        </w:tc>
        <w:tc>
          <w:tcPr>
            <w:tcW w:w="6280" w:type="dxa"/>
          </w:tcPr>
          <w:p w14:paraId="4D59F829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19419159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739B8F2A" w14:textId="78D692EC" w:rsid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NHS Number (if available)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31D025A9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1C424FE6" w14:textId="77777777" w:rsidTr="001C5C16">
        <w:tc>
          <w:tcPr>
            <w:tcW w:w="3114" w:type="dxa"/>
          </w:tcPr>
          <w:p w14:paraId="0371CBB7" w14:textId="67780F7B" w:rsid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Communication Method</w:t>
            </w:r>
          </w:p>
        </w:tc>
        <w:tc>
          <w:tcPr>
            <w:tcW w:w="6280" w:type="dxa"/>
          </w:tcPr>
          <w:p w14:paraId="3FA0F0CA" w14:textId="4E53863F" w:rsidR="00DF30E4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Email, Telephone etc</w:t>
            </w:r>
            <w:r w:rsidR="00BD5353">
              <w:rPr>
                <w:rFonts w:ascii="Aptos" w:hAnsi="Aptos"/>
                <w:sz w:val="21"/>
                <w:szCs w:val="21"/>
              </w:rPr>
              <w:t>.</w:t>
            </w:r>
          </w:p>
        </w:tc>
      </w:tr>
      <w:tr w:rsidR="009A6F9B" w:rsidRPr="00DF30E4" w14:paraId="127B8774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402F0D81" w14:textId="03F6CBC9" w:rsidR="009A6F9B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Preferred Language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6825F02B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603DB68E" w14:textId="2DF575C2" w:rsidR="00E051C8" w:rsidRDefault="00947274">
      <w:pPr>
        <w:pStyle w:val="Heading2"/>
        <w:rPr>
          <w:rFonts w:ascii="Aptos" w:hAnsi="Aptos"/>
          <w:color w:val="6F9EA8"/>
          <w:sz w:val="21"/>
          <w:szCs w:val="21"/>
        </w:rPr>
      </w:pPr>
      <w:r w:rsidRPr="00DF30E4">
        <w:rPr>
          <w:rFonts w:ascii="Aptos" w:hAnsi="Aptos"/>
          <w:color w:val="6F9EA8"/>
          <w:sz w:val="21"/>
          <w:szCs w:val="21"/>
        </w:rPr>
        <w:t>3</w:t>
      </w:r>
      <w:r w:rsidR="00DF30E4" w:rsidRPr="00DF30E4">
        <w:rPr>
          <w:rFonts w:ascii="Aptos" w:hAnsi="Aptos"/>
          <w:color w:val="6F9EA8"/>
          <w:sz w:val="21"/>
          <w:szCs w:val="21"/>
        </w:rPr>
        <w:t>.</w:t>
      </w:r>
      <w:r w:rsidRPr="00DF30E4">
        <w:rPr>
          <w:rFonts w:ascii="Aptos" w:hAnsi="Aptos"/>
          <w:color w:val="6F9EA8"/>
          <w:sz w:val="21"/>
          <w:szCs w:val="21"/>
        </w:rPr>
        <w:t xml:space="preserve"> </w:t>
      </w:r>
      <w:r w:rsidR="00DF30E4" w:rsidRPr="00DF30E4">
        <w:rPr>
          <w:rFonts w:ascii="Aptos" w:hAnsi="Aptos"/>
          <w:color w:val="6F9EA8"/>
          <w:sz w:val="21"/>
          <w:szCs w:val="21"/>
        </w:rPr>
        <w:t>Family / Carer / Support Worker Details</w:t>
      </w:r>
      <w:r w:rsidR="00DF30E4">
        <w:rPr>
          <w:rFonts w:ascii="Aptos" w:hAnsi="Aptos"/>
          <w:color w:val="6F9EA8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DF30E4" w:rsidRPr="00DF30E4" w14:paraId="701D373B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63F6C36C" w14:textId="563DB686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Full</w:t>
            </w:r>
            <w:r w:rsidRPr="00DF30E4">
              <w:rPr>
                <w:rFonts w:ascii="Aptos" w:hAnsi="Aptos"/>
                <w:sz w:val="21"/>
                <w:szCs w:val="21"/>
              </w:rPr>
              <w:t xml:space="preserve"> 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0CB3FDD3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79A3E0B3" w14:textId="77777777" w:rsidTr="001C5C16">
        <w:tc>
          <w:tcPr>
            <w:tcW w:w="3114" w:type="dxa"/>
          </w:tcPr>
          <w:p w14:paraId="2BDCB963" w14:textId="66926B9A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Relationship to Client</w:t>
            </w:r>
          </w:p>
        </w:tc>
        <w:tc>
          <w:tcPr>
            <w:tcW w:w="6280" w:type="dxa"/>
          </w:tcPr>
          <w:p w14:paraId="4DC0D478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62A9764E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1EF01C74" w14:textId="119F2A2C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Contact </w:t>
            </w:r>
            <w:r>
              <w:rPr>
                <w:rFonts w:ascii="Aptos" w:hAnsi="Aptos"/>
                <w:sz w:val="21"/>
                <w:szCs w:val="21"/>
              </w:rPr>
              <w:t>Telephone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7C80577E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41A61A70" w14:textId="77777777" w:rsidTr="001C5C16">
        <w:tc>
          <w:tcPr>
            <w:tcW w:w="3114" w:type="dxa"/>
          </w:tcPr>
          <w:p w14:paraId="1A2C8001" w14:textId="7FF71ADB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Contact Email</w:t>
            </w:r>
          </w:p>
        </w:tc>
        <w:tc>
          <w:tcPr>
            <w:tcW w:w="6280" w:type="dxa"/>
          </w:tcPr>
          <w:p w14:paraId="38376EE5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5F968EE9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1C510CF6" w14:textId="3206FEEA" w:rsid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Address (if different from client)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6C6AFDC6" w14:textId="77777777" w:rsidR="00DF30E4" w:rsidRPr="00DF30E4" w:rsidRDefault="00DF30E4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0F6087F1" w14:textId="516E3724" w:rsidR="00E051C8" w:rsidRPr="00DF30E4" w:rsidRDefault="00DF30E4">
      <w:pPr>
        <w:pStyle w:val="Heading2"/>
        <w:rPr>
          <w:rFonts w:ascii="Aptos" w:hAnsi="Aptos"/>
          <w:color w:val="6F9EA8"/>
          <w:sz w:val="21"/>
          <w:szCs w:val="21"/>
        </w:rPr>
      </w:pPr>
      <w:r w:rsidRPr="00DF30E4">
        <w:rPr>
          <w:rFonts w:ascii="Aptos" w:hAnsi="Aptos"/>
          <w:color w:val="6F9EA8"/>
          <w:sz w:val="21"/>
          <w:szCs w:val="21"/>
        </w:rPr>
        <w:t>4.</w:t>
      </w:r>
      <w:r w:rsidR="00947274" w:rsidRPr="00DF30E4">
        <w:rPr>
          <w:rFonts w:ascii="Aptos" w:hAnsi="Aptos"/>
          <w:color w:val="6F9EA8"/>
          <w:sz w:val="21"/>
          <w:szCs w:val="21"/>
        </w:rPr>
        <w:t xml:space="preserve"> GP D</w:t>
      </w:r>
      <w:r w:rsidRPr="00DF30E4">
        <w:rPr>
          <w:rFonts w:ascii="Aptos" w:hAnsi="Aptos"/>
          <w:color w:val="6F9EA8"/>
          <w:sz w:val="21"/>
          <w:szCs w:val="21"/>
        </w:rPr>
        <w:t>etails</w:t>
      </w:r>
      <w:r>
        <w:rPr>
          <w:rFonts w:ascii="Aptos" w:hAnsi="Aptos"/>
          <w:color w:val="6F9EA8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DF30E4" w:rsidRPr="00DF30E4" w14:paraId="2F2A2A82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5E92DC44" w14:textId="1005049A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GP 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4318F2DF" w14:textId="77777777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4CFE4A2C" w14:textId="77777777" w:rsidTr="00DF30E4">
        <w:tc>
          <w:tcPr>
            <w:tcW w:w="3114" w:type="dxa"/>
          </w:tcPr>
          <w:p w14:paraId="7FAD7A5D" w14:textId="4490DB8C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GP Practice Name</w:t>
            </w:r>
          </w:p>
        </w:tc>
        <w:tc>
          <w:tcPr>
            <w:tcW w:w="6280" w:type="dxa"/>
          </w:tcPr>
          <w:p w14:paraId="3D3C4A61" w14:textId="77777777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3CDD82C8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52705924" w14:textId="1348A561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Practice Address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3B18AE25" w14:textId="77777777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4DAF11B4" w14:textId="77777777" w:rsidTr="00DF30E4">
        <w:tc>
          <w:tcPr>
            <w:tcW w:w="3114" w:type="dxa"/>
          </w:tcPr>
          <w:p w14:paraId="18EEF51F" w14:textId="23D7C4E6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Practice Telephone</w:t>
            </w:r>
          </w:p>
        </w:tc>
        <w:tc>
          <w:tcPr>
            <w:tcW w:w="6280" w:type="dxa"/>
          </w:tcPr>
          <w:p w14:paraId="223E5E29" w14:textId="77777777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DF30E4" w:rsidRPr="00DF30E4" w14:paraId="6EBE7EAE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2B211A3E" w14:textId="5A022850" w:rsid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Practice Email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2FF896D0" w14:textId="77777777" w:rsidR="00DF30E4" w:rsidRPr="00DF30E4" w:rsidRDefault="00DF30E4" w:rsidP="00DF30E4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74441C40" w14:textId="77777777" w:rsidR="009A6F9B" w:rsidRDefault="009A6F9B" w:rsidP="009A6F9B">
      <w:pPr>
        <w:pStyle w:val="Heading2"/>
        <w:rPr>
          <w:rFonts w:ascii="Aptos" w:hAnsi="Aptos"/>
          <w:color w:val="6F9EA8"/>
          <w:sz w:val="21"/>
          <w:szCs w:val="21"/>
        </w:rPr>
      </w:pPr>
    </w:p>
    <w:p w14:paraId="7C42EF24" w14:textId="41143FA2" w:rsidR="009A6F9B" w:rsidRPr="009A6F9B" w:rsidRDefault="009A6F9B" w:rsidP="009A6F9B">
      <w:pPr>
        <w:pStyle w:val="Heading2"/>
        <w:rPr>
          <w:rFonts w:ascii="Aptos" w:hAnsi="Aptos"/>
          <w:color w:val="6F9EA8"/>
          <w:sz w:val="21"/>
          <w:szCs w:val="21"/>
        </w:rPr>
      </w:pPr>
      <w:r>
        <w:rPr>
          <w:rFonts w:ascii="Aptos" w:hAnsi="Aptos"/>
          <w:color w:val="6F9EA8"/>
          <w:sz w:val="21"/>
          <w:szCs w:val="21"/>
        </w:rPr>
        <w:t>5</w:t>
      </w:r>
      <w:r w:rsidRPr="00DF30E4">
        <w:rPr>
          <w:rFonts w:ascii="Aptos" w:hAnsi="Aptos"/>
          <w:color w:val="6F9EA8"/>
          <w:sz w:val="21"/>
          <w:szCs w:val="21"/>
        </w:rPr>
        <w:t xml:space="preserve">. </w:t>
      </w:r>
      <w:r>
        <w:rPr>
          <w:rFonts w:ascii="Aptos" w:hAnsi="Aptos"/>
          <w:color w:val="6F9EA8"/>
          <w:sz w:val="21"/>
          <w:szCs w:val="21"/>
        </w:rPr>
        <w:t>Case Manager</w:t>
      </w:r>
      <w:r w:rsidRPr="00DF30E4">
        <w:rPr>
          <w:rFonts w:ascii="Aptos" w:hAnsi="Aptos"/>
          <w:color w:val="6F9EA8"/>
          <w:sz w:val="21"/>
          <w:szCs w:val="21"/>
        </w:rPr>
        <w:t xml:space="preserve"> Details</w:t>
      </w:r>
      <w:r>
        <w:rPr>
          <w:rFonts w:ascii="Aptos" w:hAnsi="Aptos"/>
          <w:color w:val="6F9EA8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9A6F9B" w:rsidRPr="00DF30E4" w14:paraId="6B45C24D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129AAA58" w14:textId="2D4A7092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Case Manager </w:t>
            </w:r>
            <w:r w:rsidRPr="00DF30E4">
              <w:rPr>
                <w:rFonts w:ascii="Aptos" w:hAnsi="Aptos"/>
                <w:sz w:val="21"/>
                <w:szCs w:val="21"/>
              </w:rPr>
              <w:t>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52859F86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509EC8B1" w14:textId="77777777" w:rsidTr="001C5C16">
        <w:tc>
          <w:tcPr>
            <w:tcW w:w="3114" w:type="dxa"/>
          </w:tcPr>
          <w:p w14:paraId="6E3BF004" w14:textId="04290DD8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Job Title</w:t>
            </w:r>
          </w:p>
        </w:tc>
        <w:tc>
          <w:tcPr>
            <w:tcW w:w="6280" w:type="dxa"/>
          </w:tcPr>
          <w:p w14:paraId="0C73C6D0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316AE11C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768611CD" w14:textId="1EFF5228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Organisation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1065EE12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30B7F58B" w14:textId="77777777" w:rsidTr="001C5C16">
        <w:tc>
          <w:tcPr>
            <w:tcW w:w="3114" w:type="dxa"/>
          </w:tcPr>
          <w:p w14:paraId="6C4ACE54" w14:textId="7FB5DB54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Contact </w:t>
            </w:r>
            <w:r>
              <w:rPr>
                <w:rFonts w:ascii="Aptos" w:hAnsi="Aptos"/>
                <w:sz w:val="21"/>
                <w:szCs w:val="21"/>
              </w:rPr>
              <w:t>Telephone</w:t>
            </w:r>
          </w:p>
        </w:tc>
        <w:tc>
          <w:tcPr>
            <w:tcW w:w="6280" w:type="dxa"/>
          </w:tcPr>
          <w:p w14:paraId="0CDA6095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04E91F59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1C539EEE" w14:textId="013DC241" w:rsidR="009A6F9B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Email</w:t>
            </w:r>
            <w:r>
              <w:rPr>
                <w:rFonts w:ascii="Aptos" w:hAnsi="Aptos"/>
                <w:sz w:val="21"/>
                <w:szCs w:val="21"/>
              </w:rPr>
              <w:t xml:space="preserve"> Address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4F04C43C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521CA475" w14:textId="12B57EB6" w:rsidR="009A6F9B" w:rsidRPr="009A6F9B" w:rsidRDefault="009A6F9B" w:rsidP="009A6F9B">
      <w:pPr>
        <w:pStyle w:val="Heading2"/>
        <w:rPr>
          <w:rFonts w:ascii="Aptos" w:hAnsi="Aptos"/>
          <w:color w:val="6F9EA8"/>
          <w:sz w:val="21"/>
          <w:szCs w:val="21"/>
        </w:rPr>
      </w:pPr>
      <w:r>
        <w:rPr>
          <w:rFonts w:ascii="Aptos" w:hAnsi="Aptos"/>
          <w:color w:val="6F9EA8"/>
          <w:sz w:val="21"/>
          <w:szCs w:val="21"/>
        </w:rPr>
        <w:t>6</w:t>
      </w:r>
      <w:r w:rsidRPr="00DF30E4">
        <w:rPr>
          <w:rFonts w:ascii="Aptos" w:hAnsi="Aptos"/>
          <w:color w:val="6F9EA8"/>
          <w:sz w:val="21"/>
          <w:szCs w:val="21"/>
        </w:rPr>
        <w:t xml:space="preserve">. </w:t>
      </w:r>
      <w:r>
        <w:rPr>
          <w:rFonts w:ascii="Aptos" w:hAnsi="Aptos"/>
          <w:color w:val="6F9EA8"/>
          <w:sz w:val="21"/>
          <w:szCs w:val="21"/>
        </w:rPr>
        <w:t>Solicitor</w:t>
      </w:r>
      <w:r w:rsidRPr="00DF30E4">
        <w:rPr>
          <w:rFonts w:ascii="Aptos" w:hAnsi="Aptos"/>
          <w:color w:val="6F9EA8"/>
          <w:sz w:val="21"/>
          <w:szCs w:val="21"/>
        </w:rPr>
        <w:t xml:space="preserve"> Details</w:t>
      </w:r>
      <w:r>
        <w:rPr>
          <w:rFonts w:ascii="Aptos" w:hAnsi="Aptos"/>
          <w:color w:val="6F9EA8"/>
          <w:sz w:val="21"/>
          <w:szCs w:val="21"/>
        </w:rPr>
        <w:t xml:space="preserve"> (if applicable)</w:t>
      </w:r>
      <w:r>
        <w:rPr>
          <w:rFonts w:ascii="Aptos" w:hAnsi="Aptos"/>
          <w:color w:val="6F9EA8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9A6F9B" w:rsidRPr="00DF30E4" w14:paraId="169F4811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2FDDF170" w14:textId="489EE61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Solicitor</w:t>
            </w:r>
            <w:r>
              <w:rPr>
                <w:rFonts w:ascii="Aptos" w:hAnsi="Aptos"/>
                <w:sz w:val="21"/>
                <w:szCs w:val="21"/>
              </w:rPr>
              <w:t xml:space="preserve"> </w:t>
            </w:r>
            <w:r w:rsidRPr="00DF30E4">
              <w:rPr>
                <w:rFonts w:ascii="Aptos" w:hAnsi="Aptos"/>
                <w:sz w:val="21"/>
                <w:szCs w:val="21"/>
              </w:rPr>
              <w:t>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70841825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73B7F1C8" w14:textId="77777777" w:rsidTr="001C5C16">
        <w:tc>
          <w:tcPr>
            <w:tcW w:w="3114" w:type="dxa"/>
          </w:tcPr>
          <w:p w14:paraId="779C7AFB" w14:textId="745D26B1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Firm Name</w:t>
            </w:r>
          </w:p>
        </w:tc>
        <w:tc>
          <w:tcPr>
            <w:tcW w:w="6280" w:type="dxa"/>
          </w:tcPr>
          <w:p w14:paraId="4926E1F9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46D7FC8C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72C38E2C" w14:textId="5B111FCB" w:rsidR="009A6F9B" w:rsidRPr="00DF30E4" w:rsidRDefault="009A6F9B" w:rsidP="009A6F9B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Contact Telephone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53322C3D" w14:textId="77777777" w:rsidR="009A6F9B" w:rsidRPr="00DF30E4" w:rsidRDefault="009A6F9B" w:rsidP="009A6F9B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71D7C47E" w14:textId="77777777" w:rsidTr="001C5C16">
        <w:tc>
          <w:tcPr>
            <w:tcW w:w="3114" w:type="dxa"/>
          </w:tcPr>
          <w:p w14:paraId="67005F46" w14:textId="2DAC9A4D" w:rsidR="009A6F9B" w:rsidRPr="00DF30E4" w:rsidRDefault="009A6F9B" w:rsidP="009A6F9B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Email Address</w:t>
            </w:r>
          </w:p>
        </w:tc>
        <w:tc>
          <w:tcPr>
            <w:tcW w:w="6280" w:type="dxa"/>
          </w:tcPr>
          <w:p w14:paraId="1453E729" w14:textId="77777777" w:rsidR="009A6F9B" w:rsidRPr="00DF30E4" w:rsidRDefault="009A6F9B" w:rsidP="009A6F9B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4CCED771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7D9A033E" w14:textId="593B178E" w:rsidR="009A6F9B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Reference / Case Number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187B49E7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645EC3D4" w14:textId="04A89E07" w:rsidR="009A6F9B" w:rsidRPr="009A6F9B" w:rsidRDefault="009A6F9B" w:rsidP="009A6F9B">
      <w:pPr>
        <w:pStyle w:val="Heading2"/>
        <w:rPr>
          <w:rFonts w:ascii="Aptos" w:hAnsi="Aptos"/>
          <w:color w:val="6F9EA8"/>
          <w:sz w:val="21"/>
          <w:szCs w:val="21"/>
        </w:rPr>
      </w:pPr>
      <w:r>
        <w:rPr>
          <w:rFonts w:ascii="Aptos" w:hAnsi="Aptos"/>
          <w:color w:val="6F9EA8"/>
          <w:sz w:val="21"/>
          <w:szCs w:val="21"/>
        </w:rPr>
        <w:t>7</w:t>
      </w:r>
      <w:r w:rsidRPr="00DF30E4">
        <w:rPr>
          <w:rFonts w:ascii="Aptos" w:hAnsi="Aptos"/>
          <w:color w:val="6F9EA8"/>
          <w:sz w:val="21"/>
          <w:szCs w:val="21"/>
        </w:rPr>
        <w:t xml:space="preserve">. </w:t>
      </w:r>
      <w:r>
        <w:rPr>
          <w:rFonts w:ascii="Aptos" w:hAnsi="Aptos"/>
          <w:color w:val="6F9EA8"/>
          <w:sz w:val="21"/>
          <w:szCs w:val="21"/>
        </w:rPr>
        <w:t>Other Agencies Involved</w:t>
      </w:r>
      <w:r>
        <w:rPr>
          <w:rFonts w:ascii="Aptos" w:hAnsi="Aptos"/>
          <w:color w:val="6F9EA8"/>
          <w:sz w:val="21"/>
          <w:szCs w:val="21"/>
        </w:rPr>
        <w:br/>
      </w:r>
      <w:r w:rsidRPr="00505DB7">
        <w:rPr>
          <w:rFonts w:ascii="Aptos" w:hAnsi="Aptos"/>
          <w:b w:val="0"/>
          <w:bCs w:val="0"/>
          <w:color w:val="auto"/>
          <w:sz w:val="21"/>
          <w:szCs w:val="21"/>
        </w:rPr>
        <w:t>Please list any other agencies currently involved in the client's care:</w:t>
      </w:r>
      <w:r>
        <w:rPr>
          <w:rFonts w:ascii="Aptos" w:hAnsi="Aptos"/>
          <w:b w:val="0"/>
          <w:bCs w:val="0"/>
          <w:i/>
          <w:iCs/>
          <w:color w:val="auto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9A6F9B" w:rsidRPr="00DF30E4" w14:paraId="33FCC60C" w14:textId="77777777" w:rsidTr="00EC36DB">
        <w:tc>
          <w:tcPr>
            <w:tcW w:w="3131" w:type="dxa"/>
          </w:tcPr>
          <w:p w14:paraId="201F44F7" w14:textId="47DEE8E1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Agency Name</w:t>
            </w:r>
          </w:p>
        </w:tc>
        <w:tc>
          <w:tcPr>
            <w:tcW w:w="3131" w:type="dxa"/>
          </w:tcPr>
          <w:p w14:paraId="6AA58547" w14:textId="26797C6E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Contact Person</w:t>
            </w:r>
          </w:p>
        </w:tc>
        <w:tc>
          <w:tcPr>
            <w:tcW w:w="3132" w:type="dxa"/>
          </w:tcPr>
          <w:p w14:paraId="63C2672B" w14:textId="63E80EFF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Telephone / Email</w:t>
            </w:r>
          </w:p>
        </w:tc>
      </w:tr>
      <w:tr w:rsidR="009A6F9B" w:rsidRPr="00DF30E4" w14:paraId="4D073C5D" w14:textId="77777777" w:rsidTr="00EC36DB">
        <w:tc>
          <w:tcPr>
            <w:tcW w:w="3131" w:type="dxa"/>
          </w:tcPr>
          <w:p w14:paraId="3B4ACC40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3F8A7E67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3F201660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42F05029" w14:textId="77777777" w:rsidTr="00EC36DB">
        <w:tc>
          <w:tcPr>
            <w:tcW w:w="3131" w:type="dxa"/>
          </w:tcPr>
          <w:p w14:paraId="580D6138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14578B5F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7D8A6FCF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9A6F9B" w:rsidRPr="00DF30E4" w14:paraId="0CADB17B" w14:textId="77777777" w:rsidTr="00EC36DB">
        <w:tc>
          <w:tcPr>
            <w:tcW w:w="3131" w:type="dxa"/>
          </w:tcPr>
          <w:p w14:paraId="18400765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6B6860A4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1E506133" w14:textId="77777777" w:rsidR="009A6F9B" w:rsidRPr="00DF30E4" w:rsidRDefault="009A6F9B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647CF256" w14:textId="34C17B02" w:rsidR="00E051C8" w:rsidRDefault="00505DB7">
      <w:pPr>
        <w:rPr>
          <w:rFonts w:ascii="Aptos" w:hAnsi="Aptos"/>
          <w:i/>
          <w:iCs/>
          <w:sz w:val="21"/>
          <w:szCs w:val="21"/>
        </w:rPr>
      </w:pPr>
      <w:r>
        <w:rPr>
          <w:rFonts w:ascii="Aptos" w:hAnsi="Aptos"/>
          <w:color w:val="6F9EA8"/>
          <w:sz w:val="21"/>
          <w:szCs w:val="21"/>
        </w:rPr>
        <w:br/>
      </w:r>
      <w:r>
        <w:rPr>
          <w:rFonts w:ascii="Aptos" w:hAnsi="Aptos"/>
          <w:b/>
          <w:bCs/>
          <w:color w:val="6F9EA8"/>
          <w:sz w:val="21"/>
          <w:szCs w:val="21"/>
        </w:rPr>
        <w:t>8. Reason for Referral</w:t>
      </w:r>
      <w:r w:rsidRPr="00505DB7">
        <w:rPr>
          <w:rFonts w:ascii="Aptos" w:hAnsi="Aptos"/>
          <w:b/>
          <w:bCs/>
          <w:sz w:val="21"/>
          <w:szCs w:val="21"/>
        </w:rPr>
        <w:t xml:space="preserve"> </w:t>
      </w:r>
      <w:r>
        <w:rPr>
          <w:rFonts w:ascii="Aptos" w:hAnsi="Aptos"/>
          <w:b/>
          <w:bCs/>
          <w:sz w:val="21"/>
          <w:szCs w:val="21"/>
        </w:rPr>
        <w:br/>
      </w:r>
      <w:r w:rsidR="00947274" w:rsidRPr="00505DB7">
        <w:rPr>
          <w:rFonts w:ascii="Aptos" w:hAnsi="Aptos"/>
          <w:sz w:val="21"/>
          <w:szCs w:val="21"/>
        </w:rPr>
        <w:t>Please indicate the primary area of concern (tick all that apply):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62"/>
      </w:tblGrid>
      <w:tr w:rsidR="00505DB7" w14:paraId="6B2004C2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68E9EFA3" w14:textId="0356D27F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Communication</w:t>
            </w:r>
            <w:r>
              <w:rPr>
                <w:rFonts w:ascii="Aptos" w:hAnsi="Aptos"/>
                <w:sz w:val="21"/>
                <w:szCs w:val="21"/>
              </w:rPr>
              <w:t xml:space="preserve"> - </w:t>
            </w:r>
            <w:r w:rsidRPr="00DF30E4">
              <w:rPr>
                <w:rFonts w:ascii="Aptos" w:hAnsi="Aptos"/>
                <w:sz w:val="21"/>
                <w:szCs w:val="21"/>
              </w:rPr>
              <w:t>speech and/ or language difficulties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719B3A7F" w14:textId="77777777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0485C6AB" w14:textId="77777777" w:rsidTr="00505DB7">
        <w:tc>
          <w:tcPr>
            <w:tcW w:w="6232" w:type="dxa"/>
          </w:tcPr>
          <w:p w14:paraId="46637299" w14:textId="507AFAEF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Eating, Drinking &amp; Swallowing dif</w:t>
            </w:r>
            <w:r>
              <w:rPr>
                <w:rFonts w:ascii="Aptos" w:hAnsi="Aptos"/>
                <w:sz w:val="21"/>
                <w:szCs w:val="21"/>
              </w:rPr>
              <w:t>f</w:t>
            </w:r>
            <w:r w:rsidRPr="00DF30E4">
              <w:rPr>
                <w:rFonts w:ascii="Aptos" w:hAnsi="Aptos"/>
                <w:sz w:val="21"/>
                <w:szCs w:val="21"/>
              </w:rPr>
              <w:t>iculties (Dysphagia)</w:t>
            </w:r>
          </w:p>
        </w:tc>
        <w:tc>
          <w:tcPr>
            <w:tcW w:w="3162" w:type="dxa"/>
          </w:tcPr>
          <w:p w14:paraId="7030359D" w14:textId="77777777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123E3889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1B23408D" w14:textId="756DDB0F" w:rsidR="00505DB7" w:rsidRPr="00505DB7" w:rsidRDefault="00505DB7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Cognitive Communication Difficulties</w:t>
            </w:r>
            <w:r>
              <w:rPr>
                <w:rFonts w:ascii="Aptos" w:hAnsi="Aptos"/>
                <w:sz w:val="21"/>
                <w:szCs w:val="21"/>
              </w:rPr>
              <w:t xml:space="preserve"> (CCD)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32701E11" w14:textId="77777777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5A926308" w14:textId="77777777" w:rsidTr="00505DB7">
        <w:tc>
          <w:tcPr>
            <w:tcW w:w="6232" w:type="dxa"/>
          </w:tcPr>
          <w:p w14:paraId="780BA8BF" w14:textId="679236E6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 xml:space="preserve">Functional Neurological </w:t>
            </w:r>
            <w:r>
              <w:rPr>
                <w:rFonts w:ascii="Aptos" w:hAnsi="Aptos"/>
                <w:sz w:val="21"/>
                <w:szCs w:val="21"/>
              </w:rPr>
              <w:t>D</w:t>
            </w:r>
            <w:r w:rsidRPr="00DF30E4">
              <w:rPr>
                <w:rFonts w:ascii="Aptos" w:hAnsi="Aptos"/>
                <w:sz w:val="21"/>
                <w:szCs w:val="21"/>
              </w:rPr>
              <w:t>isorder (FND)</w:t>
            </w:r>
          </w:p>
        </w:tc>
        <w:tc>
          <w:tcPr>
            <w:tcW w:w="3162" w:type="dxa"/>
          </w:tcPr>
          <w:p w14:paraId="7255A470" w14:textId="77777777" w:rsidR="00505DB7" w:rsidRDefault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303F4692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3CEE1DF8" w14:textId="5F2C22A3" w:rsidR="00505DB7" w:rsidRDefault="00505DB7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Voice difficulties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16009ACC" w14:textId="77777777" w:rsidR="00505DB7" w:rsidRDefault="00505DB7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2AE0A6B4" w14:textId="77777777" w:rsidTr="00505DB7">
        <w:tc>
          <w:tcPr>
            <w:tcW w:w="6232" w:type="dxa"/>
          </w:tcPr>
          <w:p w14:paraId="338FB9BC" w14:textId="64C12C65" w:rsidR="00505DB7" w:rsidRPr="00DF30E4" w:rsidRDefault="00505DB7" w:rsidP="00505DB7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Fluency</w:t>
            </w:r>
            <w:r>
              <w:rPr>
                <w:rFonts w:ascii="Aptos" w:hAnsi="Aptos"/>
                <w:sz w:val="21"/>
                <w:szCs w:val="21"/>
              </w:rPr>
              <w:t xml:space="preserve"> </w:t>
            </w:r>
            <w:r w:rsidRPr="00DF30E4">
              <w:rPr>
                <w:rFonts w:ascii="Aptos" w:hAnsi="Aptos"/>
                <w:sz w:val="21"/>
                <w:szCs w:val="21"/>
              </w:rPr>
              <w:t>diff</w:t>
            </w:r>
            <w:r>
              <w:rPr>
                <w:rFonts w:ascii="Aptos" w:hAnsi="Aptos"/>
                <w:sz w:val="21"/>
                <w:szCs w:val="21"/>
              </w:rPr>
              <w:t>i</w:t>
            </w:r>
            <w:r w:rsidRPr="00DF30E4">
              <w:rPr>
                <w:rFonts w:ascii="Aptos" w:hAnsi="Aptos"/>
                <w:sz w:val="21"/>
                <w:szCs w:val="21"/>
              </w:rPr>
              <w:t>culties (</w:t>
            </w:r>
            <w:r>
              <w:rPr>
                <w:rFonts w:ascii="Aptos" w:hAnsi="Aptos"/>
                <w:sz w:val="21"/>
                <w:szCs w:val="21"/>
              </w:rPr>
              <w:t>s</w:t>
            </w:r>
            <w:r w:rsidRPr="00DF30E4">
              <w:rPr>
                <w:rFonts w:ascii="Aptos" w:hAnsi="Aptos"/>
                <w:sz w:val="21"/>
                <w:szCs w:val="21"/>
              </w:rPr>
              <w:t>tammering</w:t>
            </w:r>
            <w:r>
              <w:rPr>
                <w:rFonts w:ascii="Aptos" w:hAnsi="Aptos"/>
                <w:sz w:val="21"/>
                <w:szCs w:val="21"/>
              </w:rPr>
              <w:t>, s</w:t>
            </w:r>
            <w:r w:rsidRPr="00DF30E4">
              <w:rPr>
                <w:rFonts w:ascii="Aptos" w:hAnsi="Aptos"/>
                <w:sz w:val="21"/>
                <w:szCs w:val="21"/>
              </w:rPr>
              <w:t>tuttering</w:t>
            </w:r>
          </w:p>
        </w:tc>
        <w:tc>
          <w:tcPr>
            <w:tcW w:w="3162" w:type="dxa"/>
          </w:tcPr>
          <w:p w14:paraId="2BD5245C" w14:textId="77777777" w:rsidR="00505DB7" w:rsidRDefault="00505DB7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1314EB1A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07681399" w14:textId="63797C75" w:rsidR="00505DB7" w:rsidRPr="00DF30E4" w:rsidRDefault="00505DB7" w:rsidP="00505DB7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Mental Capacity Assessment (MCA)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3EC47DA5" w14:textId="77777777" w:rsidR="00505DB7" w:rsidRDefault="00505DB7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49907BA7" w14:textId="77777777" w:rsidTr="00505DB7">
        <w:tc>
          <w:tcPr>
            <w:tcW w:w="6232" w:type="dxa"/>
          </w:tcPr>
          <w:p w14:paraId="248BF4DA" w14:textId="4A0D9011" w:rsidR="00505DB7" w:rsidRPr="00DF30E4" w:rsidRDefault="00505DB7" w:rsidP="00505DB7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Support with Best Interest decisions</w:t>
            </w:r>
          </w:p>
        </w:tc>
        <w:tc>
          <w:tcPr>
            <w:tcW w:w="3162" w:type="dxa"/>
          </w:tcPr>
          <w:p w14:paraId="283D0FB6" w14:textId="77777777" w:rsidR="00505DB7" w:rsidRDefault="00505DB7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53091353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46E49AE5" w14:textId="711DB92E" w:rsidR="00505DB7" w:rsidRPr="00DF30E4" w:rsidRDefault="00505DB7" w:rsidP="00505DB7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Other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4B172C3E" w14:textId="77777777" w:rsidR="00505DB7" w:rsidRDefault="00505DB7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13869AB2" w14:textId="77777777" w:rsidTr="004C7F37">
        <w:tc>
          <w:tcPr>
            <w:tcW w:w="9394" w:type="dxa"/>
            <w:gridSpan w:val="2"/>
          </w:tcPr>
          <w:p w14:paraId="71215D40" w14:textId="77777777" w:rsidR="00613E8E" w:rsidRDefault="00613E8E" w:rsidP="00505DB7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If 'Other', please specify:</w:t>
            </w:r>
          </w:p>
          <w:p w14:paraId="6057C9F0" w14:textId="77777777" w:rsidR="00613E8E" w:rsidRDefault="00613E8E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  <w:p w14:paraId="31B8A45F" w14:textId="3EECECBA" w:rsidR="00613E8E" w:rsidRDefault="00613E8E" w:rsidP="00505DB7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</w:tbl>
    <w:p w14:paraId="064B0B0B" w14:textId="29A6904A" w:rsidR="00E051C8" w:rsidRDefault="00505DB7">
      <w:pPr>
        <w:rPr>
          <w:rFonts w:ascii="Aptos" w:hAnsi="Aptos"/>
          <w:sz w:val="21"/>
          <w:szCs w:val="21"/>
        </w:rPr>
      </w:pPr>
      <w:r>
        <w:rPr>
          <w:rFonts w:ascii="Aptos" w:hAnsi="Aptos"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Please provide details of the presenting problem/concern: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4"/>
      </w:tblGrid>
      <w:tr w:rsidR="00505DB7" w14:paraId="4EA1B52F" w14:textId="77777777" w:rsidTr="00505DB7">
        <w:tc>
          <w:tcPr>
            <w:tcW w:w="9394" w:type="dxa"/>
          </w:tcPr>
          <w:p w14:paraId="4010A54B" w14:textId="77777777" w:rsidR="00505DB7" w:rsidRDefault="00505DB7" w:rsidP="00505DB7">
            <w:pPr>
              <w:rPr>
                <w:rFonts w:ascii="Aptos" w:hAnsi="Aptos"/>
                <w:sz w:val="21"/>
                <w:szCs w:val="21"/>
              </w:rPr>
            </w:pPr>
          </w:p>
          <w:p w14:paraId="369699B1" w14:textId="77777777" w:rsidR="00505DB7" w:rsidRDefault="00505DB7" w:rsidP="00505DB7">
            <w:pPr>
              <w:rPr>
                <w:rFonts w:ascii="Aptos" w:hAnsi="Aptos"/>
                <w:sz w:val="21"/>
                <w:szCs w:val="21"/>
              </w:rPr>
            </w:pPr>
          </w:p>
          <w:p w14:paraId="7EE24524" w14:textId="77777777" w:rsidR="00505DB7" w:rsidRDefault="00505DB7" w:rsidP="00505DB7">
            <w:pPr>
              <w:rPr>
                <w:rFonts w:ascii="Aptos" w:hAnsi="Aptos"/>
                <w:sz w:val="21"/>
                <w:szCs w:val="21"/>
              </w:rPr>
            </w:pPr>
          </w:p>
          <w:p w14:paraId="7DB61DC9" w14:textId="77777777" w:rsidR="00505DB7" w:rsidRDefault="00505DB7" w:rsidP="00505DB7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243119C0" w14:textId="137E741D" w:rsidR="00E051C8" w:rsidRDefault="00505DB7">
      <w:pPr>
        <w:rPr>
          <w:rFonts w:ascii="Aptos" w:hAnsi="Aptos"/>
          <w:sz w:val="21"/>
          <w:szCs w:val="21"/>
        </w:rPr>
      </w:pPr>
      <w:r>
        <w:rPr>
          <w:rFonts w:ascii="Aptos" w:hAnsi="Aptos"/>
          <w:b/>
          <w:bCs/>
          <w:color w:val="6F9EA8"/>
          <w:sz w:val="21"/>
          <w:szCs w:val="21"/>
        </w:rPr>
        <w:lastRenderedPageBreak/>
        <w:br/>
        <w:t>9</w:t>
      </w:r>
      <w:r>
        <w:rPr>
          <w:rFonts w:ascii="Aptos" w:hAnsi="Aptos"/>
          <w:b/>
          <w:bCs/>
          <w:color w:val="6F9EA8"/>
          <w:sz w:val="21"/>
          <w:szCs w:val="21"/>
        </w:rPr>
        <w:t xml:space="preserve">. </w:t>
      </w:r>
      <w:r>
        <w:rPr>
          <w:rFonts w:ascii="Aptos" w:hAnsi="Aptos"/>
          <w:b/>
          <w:bCs/>
          <w:color w:val="6F9EA8"/>
          <w:sz w:val="21"/>
          <w:szCs w:val="21"/>
        </w:rPr>
        <w:t>Relevant Medical History</w:t>
      </w:r>
      <w:r w:rsidRPr="00505DB7">
        <w:rPr>
          <w:rFonts w:ascii="Aptos" w:hAnsi="Aptos"/>
          <w:b/>
          <w:bCs/>
          <w:sz w:val="21"/>
          <w:szCs w:val="21"/>
        </w:rPr>
        <w:t xml:space="preserve"> </w:t>
      </w:r>
      <w:r>
        <w:rPr>
          <w:rFonts w:ascii="Aptos" w:hAnsi="Aptos"/>
          <w:b/>
          <w:bCs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Please provide details of any medical conditions, diagnoses, treatments or procedures relevant to this referral: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505DB7" w:rsidRPr="00DF30E4" w14:paraId="5BA20238" w14:textId="77777777" w:rsidTr="001C5C16">
        <w:tc>
          <w:tcPr>
            <w:tcW w:w="3131" w:type="dxa"/>
          </w:tcPr>
          <w:p w14:paraId="10D65173" w14:textId="73A1B256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Diagnosis/Condition</w:t>
            </w:r>
          </w:p>
        </w:tc>
        <w:tc>
          <w:tcPr>
            <w:tcW w:w="3131" w:type="dxa"/>
          </w:tcPr>
          <w:p w14:paraId="08FF5B5C" w14:textId="0FE8236B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Date</w:t>
            </w:r>
          </w:p>
        </w:tc>
        <w:tc>
          <w:tcPr>
            <w:tcW w:w="3132" w:type="dxa"/>
          </w:tcPr>
          <w:p w14:paraId="47607CD6" w14:textId="259ACE84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Current Status</w:t>
            </w:r>
          </w:p>
        </w:tc>
      </w:tr>
      <w:tr w:rsidR="00505DB7" w:rsidRPr="00DF30E4" w14:paraId="7C86B89B" w14:textId="77777777" w:rsidTr="001C5C16">
        <w:tc>
          <w:tcPr>
            <w:tcW w:w="3131" w:type="dxa"/>
          </w:tcPr>
          <w:p w14:paraId="713C0E6F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2802AE57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09E6F662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505DB7" w:rsidRPr="00DF30E4" w14:paraId="0FCE5539" w14:textId="77777777" w:rsidTr="001C5C16">
        <w:tc>
          <w:tcPr>
            <w:tcW w:w="3131" w:type="dxa"/>
          </w:tcPr>
          <w:p w14:paraId="57651C8D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5D052C01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2A7619F3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505DB7" w:rsidRPr="00DF30E4" w14:paraId="37BD42E0" w14:textId="77777777" w:rsidTr="001C5C16">
        <w:tc>
          <w:tcPr>
            <w:tcW w:w="3131" w:type="dxa"/>
          </w:tcPr>
          <w:p w14:paraId="79A82C4B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43B8291D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0B0E1EB9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1368C328" w14:textId="3EF154CD" w:rsidR="00E051C8" w:rsidRDefault="00505DB7">
      <w:pPr>
        <w:rPr>
          <w:rFonts w:ascii="Aptos" w:hAnsi="Aptos"/>
          <w:sz w:val="21"/>
          <w:szCs w:val="21"/>
        </w:rPr>
      </w:pPr>
      <w:r>
        <w:rPr>
          <w:rFonts w:ascii="Aptos" w:hAnsi="Aptos"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Current Medications (if relevant to referral):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505DB7" w:rsidRPr="00DF30E4" w14:paraId="785C9965" w14:textId="77777777" w:rsidTr="001C5C16">
        <w:tc>
          <w:tcPr>
            <w:tcW w:w="3131" w:type="dxa"/>
          </w:tcPr>
          <w:p w14:paraId="5B4EE2A1" w14:textId="50571FA8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Medication Name</w:t>
            </w:r>
          </w:p>
        </w:tc>
        <w:tc>
          <w:tcPr>
            <w:tcW w:w="3131" w:type="dxa"/>
          </w:tcPr>
          <w:p w14:paraId="7C592303" w14:textId="38ECDD48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Dosage</w:t>
            </w:r>
          </w:p>
        </w:tc>
        <w:tc>
          <w:tcPr>
            <w:tcW w:w="3132" w:type="dxa"/>
          </w:tcPr>
          <w:p w14:paraId="02A112D8" w14:textId="6B194A22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Reason</w:t>
            </w:r>
          </w:p>
        </w:tc>
      </w:tr>
      <w:tr w:rsidR="00505DB7" w:rsidRPr="00DF30E4" w14:paraId="3CBBF544" w14:textId="77777777" w:rsidTr="001C5C16">
        <w:tc>
          <w:tcPr>
            <w:tcW w:w="3131" w:type="dxa"/>
          </w:tcPr>
          <w:p w14:paraId="1375A8FD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23E0AE87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7D9448DB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505DB7" w:rsidRPr="00DF30E4" w14:paraId="2EC281F6" w14:textId="77777777" w:rsidTr="001C5C16">
        <w:tc>
          <w:tcPr>
            <w:tcW w:w="3131" w:type="dxa"/>
          </w:tcPr>
          <w:p w14:paraId="11BD0759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1BCFAC6A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09161223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505DB7" w:rsidRPr="00DF30E4" w14:paraId="42143131" w14:textId="77777777" w:rsidTr="001C5C16">
        <w:tc>
          <w:tcPr>
            <w:tcW w:w="3131" w:type="dxa"/>
          </w:tcPr>
          <w:p w14:paraId="77008B83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1" w:type="dxa"/>
          </w:tcPr>
          <w:p w14:paraId="6AF515ED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3132" w:type="dxa"/>
          </w:tcPr>
          <w:p w14:paraId="5757102B" w14:textId="77777777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186DF569" w14:textId="29E9D0FC" w:rsidR="00E051C8" w:rsidRDefault="00505DB7">
      <w:pPr>
        <w:rPr>
          <w:rFonts w:ascii="Aptos" w:hAnsi="Aptos"/>
          <w:sz w:val="21"/>
          <w:szCs w:val="21"/>
        </w:rPr>
      </w:pPr>
      <w:r>
        <w:rPr>
          <w:rFonts w:ascii="Aptos" w:hAnsi="Aptos"/>
          <w:b/>
          <w:bCs/>
          <w:color w:val="6F9EA8"/>
          <w:sz w:val="21"/>
          <w:szCs w:val="21"/>
        </w:rPr>
        <w:br/>
        <w:t>10. Risk Assessment</w:t>
      </w:r>
      <w:r w:rsidRPr="00505DB7">
        <w:rPr>
          <w:rFonts w:ascii="Aptos" w:hAnsi="Aptos"/>
          <w:b/>
          <w:bCs/>
          <w:sz w:val="21"/>
          <w:szCs w:val="21"/>
        </w:rPr>
        <w:t xml:space="preserve"> </w:t>
      </w:r>
      <w:r>
        <w:rPr>
          <w:rFonts w:ascii="Aptos" w:hAnsi="Aptos"/>
          <w:b/>
          <w:bCs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Please indicate any risks we should be aware of (tick all that apply):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62"/>
      </w:tblGrid>
      <w:tr w:rsidR="00505DB7" w14:paraId="06693ECC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60E3DEBD" w14:textId="23E8B415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Self-neglect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20E4D918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631FB1AB" w14:textId="77777777" w:rsidTr="001C5C16">
        <w:tc>
          <w:tcPr>
            <w:tcW w:w="6232" w:type="dxa"/>
          </w:tcPr>
          <w:p w14:paraId="0E9AB9C1" w14:textId="3BD6E36E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Self-harm/suicidal ideation</w:t>
            </w:r>
          </w:p>
        </w:tc>
        <w:tc>
          <w:tcPr>
            <w:tcW w:w="3162" w:type="dxa"/>
          </w:tcPr>
          <w:p w14:paraId="60D4E9F1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370E6324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51EFD545" w14:textId="15274C3B" w:rsidR="00505DB7" w:rsidRPr="00505DB7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Verbal aggression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78D5A456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03F3B9E2" w14:textId="77777777" w:rsidTr="001C5C16">
        <w:tc>
          <w:tcPr>
            <w:tcW w:w="6232" w:type="dxa"/>
          </w:tcPr>
          <w:p w14:paraId="3DFE2522" w14:textId="506F96B2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Physical aggression/violence</w:t>
            </w:r>
          </w:p>
        </w:tc>
        <w:tc>
          <w:tcPr>
            <w:tcW w:w="3162" w:type="dxa"/>
          </w:tcPr>
          <w:p w14:paraId="59E36703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688BE885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382EB3C5" w14:textId="69553E31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Other risks associated with lone working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72B36DE5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4AD2E281" w14:textId="77777777" w:rsidTr="001C5C16">
        <w:tc>
          <w:tcPr>
            <w:tcW w:w="6232" w:type="dxa"/>
          </w:tcPr>
          <w:p w14:paraId="5A641998" w14:textId="1213D583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Safeguarding concerns</w:t>
            </w:r>
          </w:p>
        </w:tc>
        <w:tc>
          <w:tcPr>
            <w:tcW w:w="3162" w:type="dxa"/>
          </w:tcPr>
          <w:p w14:paraId="4D36CFE8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4D61383F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174845EF" w14:textId="61731940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Substance misuse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4AAF97D9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283BC81C" w14:textId="77777777" w:rsidTr="001C5C16">
        <w:tc>
          <w:tcPr>
            <w:tcW w:w="6232" w:type="dxa"/>
          </w:tcPr>
          <w:p w14:paraId="25B7AF9E" w14:textId="2E9309F5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Mental health concerns</w:t>
            </w:r>
          </w:p>
        </w:tc>
        <w:tc>
          <w:tcPr>
            <w:tcW w:w="3162" w:type="dxa"/>
          </w:tcPr>
          <w:p w14:paraId="12D8F500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1CFF271C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18789C1D" w14:textId="5629A87D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Mobility/</w:t>
            </w:r>
            <w:r>
              <w:rPr>
                <w:rFonts w:ascii="Aptos" w:hAnsi="Aptos"/>
                <w:sz w:val="21"/>
                <w:szCs w:val="21"/>
              </w:rPr>
              <w:t>p</w:t>
            </w:r>
            <w:r w:rsidRPr="00DF30E4">
              <w:rPr>
                <w:rFonts w:ascii="Aptos" w:hAnsi="Aptos"/>
                <w:sz w:val="21"/>
                <w:szCs w:val="21"/>
              </w:rPr>
              <w:t>hysical access issues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6609B204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505DB7" w14:paraId="2698AE96" w14:textId="77777777" w:rsidTr="001C5C16">
        <w:tc>
          <w:tcPr>
            <w:tcW w:w="6232" w:type="dxa"/>
          </w:tcPr>
          <w:p w14:paraId="75C48300" w14:textId="244F971B" w:rsidR="00505DB7" w:rsidRPr="00DF30E4" w:rsidRDefault="00505DB7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Other </w:t>
            </w:r>
          </w:p>
        </w:tc>
        <w:tc>
          <w:tcPr>
            <w:tcW w:w="3162" w:type="dxa"/>
          </w:tcPr>
          <w:p w14:paraId="0EE29C73" w14:textId="77777777" w:rsidR="00505DB7" w:rsidRDefault="00505DB7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088E57C1" w14:textId="77777777" w:rsidTr="00E32F21">
        <w:tc>
          <w:tcPr>
            <w:tcW w:w="9394" w:type="dxa"/>
            <w:gridSpan w:val="2"/>
          </w:tcPr>
          <w:p w14:paraId="093D1D01" w14:textId="3597B320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 xml:space="preserve">If 'Other' or </w:t>
            </w:r>
            <w:r>
              <w:rPr>
                <w:rFonts w:ascii="Aptos" w:hAnsi="Aptos"/>
                <w:sz w:val="21"/>
                <w:szCs w:val="21"/>
              </w:rPr>
              <w:t>to provide</w:t>
            </w:r>
            <w:r w:rsidRPr="00DF30E4">
              <w:rPr>
                <w:rFonts w:ascii="Aptos" w:hAnsi="Aptos"/>
                <w:sz w:val="21"/>
                <w:szCs w:val="21"/>
              </w:rPr>
              <w:t xml:space="preserve"> further details on any risk identified, please provide information</w:t>
            </w:r>
            <w:r>
              <w:rPr>
                <w:rFonts w:ascii="Aptos" w:hAnsi="Aptos"/>
                <w:sz w:val="21"/>
                <w:szCs w:val="21"/>
              </w:rPr>
              <w:t xml:space="preserve"> below</w:t>
            </w:r>
            <w:r w:rsidRPr="00DF30E4">
              <w:rPr>
                <w:rFonts w:ascii="Aptos" w:hAnsi="Aptos"/>
                <w:sz w:val="21"/>
                <w:szCs w:val="21"/>
              </w:rPr>
              <w:t>:</w:t>
            </w:r>
          </w:p>
        </w:tc>
      </w:tr>
    </w:tbl>
    <w:p w14:paraId="1A026117" w14:textId="17BF96D0" w:rsidR="00E051C8" w:rsidRDefault="00613E8E">
      <w:pPr>
        <w:rPr>
          <w:rFonts w:ascii="Aptos" w:hAnsi="Aptos"/>
          <w:sz w:val="21"/>
          <w:szCs w:val="21"/>
        </w:rPr>
      </w:pPr>
      <w:r>
        <w:rPr>
          <w:rFonts w:ascii="Aptos" w:hAnsi="Aptos"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Any specific adjustments or precautions required for safe service delivery?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4"/>
      </w:tblGrid>
      <w:tr w:rsidR="00895453" w14:paraId="213BCF62" w14:textId="77777777" w:rsidTr="00895453">
        <w:tc>
          <w:tcPr>
            <w:tcW w:w="9394" w:type="dxa"/>
          </w:tcPr>
          <w:p w14:paraId="49C817DA" w14:textId="77777777" w:rsidR="00895453" w:rsidRDefault="00895453">
            <w:pPr>
              <w:rPr>
                <w:rFonts w:ascii="Aptos" w:hAnsi="Aptos"/>
                <w:sz w:val="21"/>
                <w:szCs w:val="21"/>
              </w:rPr>
            </w:pPr>
          </w:p>
          <w:p w14:paraId="0D564057" w14:textId="77777777" w:rsidR="00895453" w:rsidRDefault="00895453">
            <w:pPr>
              <w:rPr>
                <w:rFonts w:ascii="Aptos" w:hAnsi="Aptos"/>
                <w:sz w:val="21"/>
                <w:szCs w:val="21"/>
              </w:rPr>
            </w:pPr>
          </w:p>
          <w:p w14:paraId="144C67AB" w14:textId="77777777" w:rsidR="00895453" w:rsidRDefault="00895453">
            <w:pPr>
              <w:rPr>
                <w:rFonts w:ascii="Aptos" w:hAnsi="Aptos"/>
                <w:sz w:val="21"/>
                <w:szCs w:val="21"/>
              </w:rPr>
            </w:pPr>
          </w:p>
          <w:p w14:paraId="7FA9695B" w14:textId="77777777" w:rsidR="00895453" w:rsidRDefault="00895453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7784BB23" w14:textId="77777777" w:rsidR="00895453" w:rsidRPr="00DF30E4" w:rsidRDefault="00895453">
      <w:pPr>
        <w:rPr>
          <w:rFonts w:ascii="Aptos" w:hAnsi="Aptos"/>
          <w:sz w:val="21"/>
          <w:szCs w:val="21"/>
        </w:rPr>
      </w:pPr>
    </w:p>
    <w:p w14:paraId="07A7549B" w14:textId="1A6C1B72" w:rsidR="00895453" w:rsidRPr="00895453" w:rsidRDefault="00895453" w:rsidP="00895453">
      <w:pPr>
        <w:pStyle w:val="Heading2"/>
        <w:rPr>
          <w:rFonts w:ascii="Aptos" w:hAnsi="Aptos"/>
          <w:sz w:val="21"/>
          <w:szCs w:val="21"/>
        </w:rPr>
      </w:pPr>
      <w:r w:rsidRPr="00895453">
        <w:rPr>
          <w:rFonts w:ascii="Aptos" w:hAnsi="Aptos"/>
          <w:color w:val="6F9EA8"/>
          <w:sz w:val="21"/>
          <w:szCs w:val="21"/>
        </w:rPr>
        <w:t>1</w:t>
      </w:r>
      <w:r w:rsidRPr="00895453">
        <w:rPr>
          <w:rFonts w:ascii="Aptos" w:hAnsi="Aptos"/>
          <w:color w:val="6F9EA8"/>
          <w:sz w:val="21"/>
          <w:szCs w:val="21"/>
        </w:rPr>
        <w:t>1</w:t>
      </w:r>
      <w:r w:rsidRPr="00895453">
        <w:rPr>
          <w:rFonts w:ascii="Aptos" w:hAnsi="Aptos"/>
          <w:color w:val="6F9EA8"/>
          <w:sz w:val="21"/>
          <w:szCs w:val="21"/>
        </w:rPr>
        <w:t xml:space="preserve">. </w:t>
      </w:r>
      <w:r w:rsidRPr="00895453">
        <w:rPr>
          <w:rFonts w:ascii="Aptos" w:hAnsi="Aptos"/>
          <w:color w:val="6F9EA8"/>
          <w:sz w:val="21"/>
          <w:szCs w:val="21"/>
        </w:rPr>
        <w:t>Invoicing Details</w:t>
      </w:r>
      <w:r w:rsidRPr="00895453">
        <w:rPr>
          <w:rFonts w:ascii="Aptos" w:hAnsi="Aptos"/>
          <w:sz w:val="21"/>
          <w:szCs w:val="21"/>
        </w:rPr>
        <w:br/>
      </w:r>
      <w:r w:rsidRPr="00895453">
        <w:rPr>
          <w:rFonts w:ascii="Aptos" w:hAnsi="Aptos"/>
          <w:b w:val="0"/>
          <w:bCs w:val="0"/>
          <w:color w:val="auto"/>
          <w:sz w:val="21"/>
          <w:szCs w:val="21"/>
        </w:rPr>
        <w:t>Invoice to be sent to (if different from referrer):</w:t>
      </w:r>
      <w:r>
        <w:rPr>
          <w:rFonts w:ascii="Aptos" w:hAnsi="Aptos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895453" w:rsidRPr="00DF30E4" w14:paraId="277B8D25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43A20B96" w14:textId="236377E9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Organisation 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3AA35834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72293913" w14:textId="77777777" w:rsidTr="001C5C16">
        <w:tc>
          <w:tcPr>
            <w:tcW w:w="3114" w:type="dxa"/>
          </w:tcPr>
          <w:p w14:paraId="49E29E81" w14:textId="0DDB447E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Billing Address</w:t>
            </w:r>
          </w:p>
        </w:tc>
        <w:tc>
          <w:tcPr>
            <w:tcW w:w="6280" w:type="dxa"/>
          </w:tcPr>
          <w:p w14:paraId="15E7A171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668B0640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327F839E" w14:textId="1415F1AB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Contact </w:t>
            </w:r>
            <w:r>
              <w:rPr>
                <w:rFonts w:ascii="Aptos" w:hAnsi="Aptos"/>
                <w:sz w:val="21"/>
                <w:szCs w:val="21"/>
              </w:rPr>
              <w:t>Person for Invoicing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60E905A9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29DC9878" w14:textId="77777777" w:rsidTr="001C5C16">
        <w:tc>
          <w:tcPr>
            <w:tcW w:w="3114" w:type="dxa"/>
          </w:tcPr>
          <w:p w14:paraId="7E7BA7A1" w14:textId="77777777" w:rsidR="00895453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Email Address</w:t>
            </w:r>
          </w:p>
        </w:tc>
        <w:tc>
          <w:tcPr>
            <w:tcW w:w="6280" w:type="dxa"/>
          </w:tcPr>
          <w:p w14:paraId="68DAB848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74CEECA1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0ED2062B" w14:textId="6B3D9C9E" w:rsidR="00895453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Reference / Case Number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2A43598B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2D7366C9" w14:textId="017581FF" w:rsidR="00E051C8" w:rsidRPr="00613E8E" w:rsidRDefault="00895453">
      <w:pPr>
        <w:rPr>
          <w:b/>
          <w:bCs/>
        </w:rPr>
      </w:pPr>
      <w:r>
        <w:rPr>
          <w:rFonts w:ascii="Aptos" w:hAnsi="Aptos"/>
          <w:color w:val="6F9EA8"/>
          <w:sz w:val="21"/>
          <w:szCs w:val="21"/>
        </w:rPr>
        <w:lastRenderedPageBreak/>
        <w:br/>
      </w:r>
      <w:r w:rsidRPr="00895453">
        <w:rPr>
          <w:rFonts w:ascii="Aptos" w:hAnsi="Aptos"/>
          <w:b/>
          <w:bCs/>
          <w:color w:val="6F9EA8"/>
          <w:sz w:val="21"/>
          <w:szCs w:val="21"/>
        </w:rPr>
        <w:t>1</w:t>
      </w:r>
      <w:r w:rsidR="00613E8E">
        <w:rPr>
          <w:rFonts w:ascii="Aptos" w:hAnsi="Aptos"/>
          <w:b/>
          <w:bCs/>
          <w:color w:val="6F9EA8"/>
          <w:sz w:val="21"/>
          <w:szCs w:val="21"/>
        </w:rPr>
        <w:t>2</w:t>
      </w:r>
      <w:r w:rsidRPr="00895453">
        <w:rPr>
          <w:rFonts w:ascii="Aptos" w:hAnsi="Aptos"/>
          <w:b/>
          <w:bCs/>
          <w:color w:val="6F9EA8"/>
          <w:sz w:val="21"/>
          <w:szCs w:val="21"/>
        </w:rPr>
        <w:t xml:space="preserve">. </w:t>
      </w:r>
      <w:r w:rsidR="00613E8E">
        <w:rPr>
          <w:rFonts w:ascii="Aptos" w:hAnsi="Aptos"/>
          <w:b/>
          <w:bCs/>
          <w:color w:val="6F9EA8"/>
          <w:sz w:val="21"/>
          <w:szCs w:val="21"/>
        </w:rPr>
        <w:t>Private Medical Insurance</w:t>
      </w:r>
      <w:r w:rsidR="00613E8E">
        <w:rPr>
          <w:rFonts w:ascii="Aptos" w:hAnsi="Aptos"/>
          <w:b/>
          <w:bCs/>
          <w:color w:val="6F9EA8"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Does the client have private medical insurance that may cover speech and language therapy?</w:t>
      </w:r>
    </w:p>
    <w:p w14:paraId="3F3AF2B4" w14:textId="77777777" w:rsidR="00E051C8" w:rsidRDefault="00947274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>☐ Yes          ☐ No          ☐ Unknown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80"/>
      </w:tblGrid>
      <w:tr w:rsidR="00895453" w:rsidRPr="00DF30E4" w14:paraId="408F3816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4F286773" w14:textId="2732535D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Insurance Provider</w:t>
            </w:r>
            <w:r>
              <w:rPr>
                <w:rFonts w:ascii="Aptos" w:hAnsi="Aptos"/>
                <w:sz w:val="21"/>
                <w:szCs w:val="21"/>
              </w:rPr>
              <w:t xml:space="preserve"> Name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5C1584A9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0D4F4F9F" w14:textId="77777777" w:rsidTr="001C5C16">
        <w:tc>
          <w:tcPr>
            <w:tcW w:w="3114" w:type="dxa"/>
          </w:tcPr>
          <w:p w14:paraId="51678506" w14:textId="6DFD6CAE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Policy Number</w:t>
            </w:r>
          </w:p>
        </w:tc>
        <w:tc>
          <w:tcPr>
            <w:tcW w:w="6280" w:type="dxa"/>
          </w:tcPr>
          <w:p w14:paraId="0B6719A4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7CB2F636" w14:textId="77777777" w:rsidTr="00BD5353">
        <w:tc>
          <w:tcPr>
            <w:tcW w:w="3114" w:type="dxa"/>
            <w:shd w:val="clear" w:color="auto" w:fill="F2F2F2" w:themeFill="background1" w:themeFillShade="F2"/>
          </w:tcPr>
          <w:p w14:paraId="36AE2C3A" w14:textId="009C782D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 xml:space="preserve">Contact </w:t>
            </w:r>
            <w:r>
              <w:rPr>
                <w:rFonts w:ascii="Aptos" w:hAnsi="Aptos"/>
                <w:sz w:val="21"/>
                <w:szCs w:val="21"/>
              </w:rPr>
              <w:t>Telephone</w:t>
            </w:r>
          </w:p>
        </w:tc>
        <w:tc>
          <w:tcPr>
            <w:tcW w:w="6280" w:type="dxa"/>
            <w:shd w:val="clear" w:color="auto" w:fill="F2F2F2" w:themeFill="background1" w:themeFillShade="F2"/>
          </w:tcPr>
          <w:p w14:paraId="52E38004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  <w:tr w:rsidR="00895453" w:rsidRPr="00DF30E4" w14:paraId="1F32ABEC" w14:textId="77777777" w:rsidTr="001C5C16">
        <w:tc>
          <w:tcPr>
            <w:tcW w:w="3114" w:type="dxa"/>
          </w:tcPr>
          <w:p w14:paraId="789C70DF" w14:textId="24BE3B72" w:rsidR="00895453" w:rsidRDefault="00895453" w:rsidP="001C5C16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Are pre-authorisation/referral forms required?</w:t>
            </w:r>
          </w:p>
        </w:tc>
        <w:tc>
          <w:tcPr>
            <w:tcW w:w="6280" w:type="dxa"/>
          </w:tcPr>
          <w:p w14:paraId="320BE6F3" w14:textId="77777777" w:rsidR="00895453" w:rsidRDefault="00895453" w:rsidP="00895453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☐ Yes          ☐ No          ☐ Unknown</w:t>
            </w:r>
          </w:p>
          <w:p w14:paraId="24A31393" w14:textId="77777777" w:rsidR="00895453" w:rsidRPr="00DF30E4" w:rsidRDefault="00895453" w:rsidP="001C5C16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6C6EE648" w14:textId="13AC917E" w:rsidR="00613E8E" w:rsidRDefault="00613E8E">
      <w:pPr>
        <w:rPr>
          <w:rFonts w:ascii="Aptos" w:hAnsi="Aptos"/>
          <w:sz w:val="21"/>
          <w:szCs w:val="21"/>
        </w:rPr>
      </w:pPr>
      <w:r>
        <w:rPr>
          <w:rFonts w:ascii="Aptos" w:hAnsi="Aptos"/>
          <w:b/>
          <w:bCs/>
          <w:color w:val="6F9EA8"/>
          <w:sz w:val="21"/>
          <w:szCs w:val="21"/>
        </w:rPr>
        <w:br/>
      </w:r>
      <w:r w:rsidRPr="00895453">
        <w:rPr>
          <w:rFonts w:ascii="Aptos" w:hAnsi="Aptos"/>
          <w:b/>
          <w:bCs/>
          <w:color w:val="6F9EA8"/>
          <w:sz w:val="21"/>
          <w:szCs w:val="21"/>
        </w:rPr>
        <w:t>1</w:t>
      </w:r>
      <w:r>
        <w:rPr>
          <w:rFonts w:ascii="Aptos" w:hAnsi="Aptos"/>
          <w:b/>
          <w:bCs/>
          <w:color w:val="6F9EA8"/>
          <w:sz w:val="21"/>
          <w:szCs w:val="21"/>
        </w:rPr>
        <w:t>3</w:t>
      </w:r>
      <w:r w:rsidRPr="00895453">
        <w:rPr>
          <w:rFonts w:ascii="Aptos" w:hAnsi="Aptos"/>
          <w:b/>
          <w:bCs/>
          <w:color w:val="6F9EA8"/>
          <w:sz w:val="21"/>
          <w:szCs w:val="21"/>
        </w:rPr>
        <w:t xml:space="preserve">. </w:t>
      </w:r>
      <w:r>
        <w:rPr>
          <w:rFonts w:ascii="Aptos" w:hAnsi="Aptos"/>
          <w:b/>
          <w:bCs/>
          <w:color w:val="6F9EA8"/>
          <w:sz w:val="21"/>
          <w:szCs w:val="21"/>
        </w:rPr>
        <w:t>Consent &amp; Information Sharing</w:t>
      </w:r>
      <w:r>
        <w:rPr>
          <w:rFonts w:ascii="Aptos" w:hAnsi="Aptos"/>
          <w:b/>
          <w:bCs/>
          <w:color w:val="6F9EA8"/>
          <w:sz w:val="21"/>
          <w:szCs w:val="21"/>
        </w:rPr>
        <w:br/>
      </w:r>
      <w:r>
        <w:rPr>
          <w:rFonts w:ascii="Aptos" w:hAnsi="Aptos"/>
          <w:sz w:val="21"/>
          <w:szCs w:val="21"/>
        </w:rPr>
        <w:t>Consent has been obtained from:</w:t>
      </w:r>
    </w:p>
    <w:p w14:paraId="45FD7AEE" w14:textId="77777777" w:rsidR="00E051C8" w:rsidRPr="00DF30E4" w:rsidRDefault="00947274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>☐ Client                ☐ Carer/Family                ☐ Legal Representative/Deputy/Attorney</w:t>
      </w:r>
    </w:p>
    <w:p w14:paraId="2861D627" w14:textId="77777777" w:rsidR="00E051C8" w:rsidRPr="00DF30E4" w:rsidRDefault="00947274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>Has verbal consent for referral been obtained?</w:t>
      </w:r>
    </w:p>
    <w:p w14:paraId="4C6159E7" w14:textId="77777777" w:rsidR="00E051C8" w:rsidRPr="00DF30E4" w:rsidRDefault="00947274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>☐ Yes          ☐ No</w:t>
      </w:r>
    </w:p>
    <w:p w14:paraId="4DC2D48D" w14:textId="77777777" w:rsidR="00E051C8" w:rsidRDefault="00947274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>Consent to share information with: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62"/>
      </w:tblGrid>
      <w:tr w:rsidR="00613E8E" w14:paraId="02998F34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154CE6B6" w14:textId="42086E70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GP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423B9395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4A02DBD5" w14:textId="77777777" w:rsidTr="001C5C16">
        <w:tc>
          <w:tcPr>
            <w:tcW w:w="6232" w:type="dxa"/>
          </w:tcPr>
          <w:p w14:paraId="581769B9" w14:textId="333576B0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Case Manager/Social Worker</w:t>
            </w:r>
          </w:p>
        </w:tc>
        <w:tc>
          <w:tcPr>
            <w:tcW w:w="3162" w:type="dxa"/>
          </w:tcPr>
          <w:p w14:paraId="153FC204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29FA76D2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6AB8660C" w14:textId="1D0EEC18" w:rsidR="00613E8E" w:rsidRPr="00505DB7" w:rsidRDefault="00613E8E" w:rsidP="001C5C16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Carer/Family members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3F2FDB3D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4CFD4095" w14:textId="77777777" w:rsidTr="001C5C16">
        <w:tc>
          <w:tcPr>
            <w:tcW w:w="6232" w:type="dxa"/>
          </w:tcPr>
          <w:p w14:paraId="08AD30F5" w14:textId="30961B40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Solicitor/Legal representatives</w:t>
            </w:r>
          </w:p>
        </w:tc>
        <w:tc>
          <w:tcPr>
            <w:tcW w:w="3162" w:type="dxa"/>
          </w:tcPr>
          <w:p w14:paraId="773BD23C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48DC9F87" w14:textId="77777777" w:rsidTr="00BD5353">
        <w:tc>
          <w:tcPr>
            <w:tcW w:w="6232" w:type="dxa"/>
            <w:shd w:val="clear" w:color="auto" w:fill="F2F2F2" w:themeFill="background1" w:themeFillShade="F2"/>
          </w:tcPr>
          <w:p w14:paraId="2AA3667A" w14:textId="3A3D818F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 xml:space="preserve">Other </w:t>
            </w:r>
            <w:r>
              <w:rPr>
                <w:rFonts w:ascii="Aptos" w:hAnsi="Aptos"/>
                <w:sz w:val="21"/>
                <w:szCs w:val="21"/>
              </w:rPr>
              <w:t xml:space="preserve">- </w:t>
            </w:r>
            <w:r w:rsidRPr="00DF30E4">
              <w:rPr>
                <w:rFonts w:ascii="Aptos" w:hAnsi="Aptos"/>
                <w:sz w:val="21"/>
                <w:szCs w:val="21"/>
              </w:rPr>
              <w:t>please specify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599F21B2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613E8E" w14:paraId="50E95B15" w14:textId="77777777" w:rsidTr="00D352AE">
        <w:tc>
          <w:tcPr>
            <w:tcW w:w="9394" w:type="dxa"/>
            <w:gridSpan w:val="2"/>
          </w:tcPr>
          <w:p w14:paraId="24E2A671" w14:textId="77777777" w:rsidR="00613E8E" w:rsidRPr="00DF30E4" w:rsidRDefault="00613E8E" w:rsidP="00613E8E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Please specify other agencies:</w:t>
            </w:r>
          </w:p>
          <w:p w14:paraId="049D813B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  <w:p w14:paraId="1900DB4A" w14:textId="77777777" w:rsidR="00613E8E" w:rsidRDefault="00613E8E" w:rsidP="001C5C16">
            <w:pPr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</w:tbl>
    <w:p w14:paraId="0695B2CC" w14:textId="77777777" w:rsidR="00613E8E" w:rsidRDefault="00613E8E">
      <w:pPr>
        <w:rPr>
          <w:rFonts w:ascii="Aptos" w:hAnsi="Aptos"/>
          <w:sz w:val="21"/>
          <w:szCs w:val="21"/>
        </w:rPr>
      </w:pPr>
    </w:p>
    <w:p w14:paraId="20AE5BA1" w14:textId="36E6EA53" w:rsidR="00E051C8" w:rsidRPr="00DF30E4" w:rsidRDefault="00613E8E">
      <w:pPr>
        <w:rPr>
          <w:rFonts w:ascii="Aptos" w:hAnsi="Aptos"/>
          <w:sz w:val="21"/>
          <w:szCs w:val="21"/>
        </w:rPr>
      </w:pPr>
      <w:r w:rsidRPr="00895453">
        <w:rPr>
          <w:rFonts w:ascii="Aptos" w:hAnsi="Aptos"/>
          <w:b/>
          <w:bCs/>
          <w:color w:val="6F9EA8"/>
          <w:sz w:val="21"/>
          <w:szCs w:val="21"/>
        </w:rPr>
        <w:t>1</w:t>
      </w:r>
      <w:r>
        <w:rPr>
          <w:rFonts w:ascii="Aptos" w:hAnsi="Aptos"/>
          <w:b/>
          <w:bCs/>
          <w:color w:val="6F9EA8"/>
          <w:sz w:val="21"/>
          <w:szCs w:val="21"/>
        </w:rPr>
        <w:t>4</w:t>
      </w:r>
      <w:r w:rsidRPr="00895453">
        <w:rPr>
          <w:rFonts w:ascii="Aptos" w:hAnsi="Aptos"/>
          <w:b/>
          <w:bCs/>
          <w:color w:val="6F9EA8"/>
          <w:sz w:val="21"/>
          <w:szCs w:val="21"/>
        </w:rPr>
        <w:t xml:space="preserve">. </w:t>
      </w:r>
      <w:r>
        <w:rPr>
          <w:rFonts w:ascii="Aptos" w:hAnsi="Aptos"/>
          <w:b/>
          <w:bCs/>
          <w:color w:val="6F9EA8"/>
          <w:sz w:val="21"/>
          <w:szCs w:val="21"/>
        </w:rPr>
        <w:t>Additional Information</w:t>
      </w:r>
      <w:r>
        <w:rPr>
          <w:rFonts w:ascii="Aptos" w:hAnsi="Aptos"/>
          <w:b/>
          <w:bCs/>
          <w:color w:val="6F9EA8"/>
          <w:sz w:val="21"/>
          <w:szCs w:val="21"/>
        </w:rPr>
        <w:br/>
      </w:r>
      <w:r w:rsidR="00947274" w:rsidRPr="00DF30E4">
        <w:rPr>
          <w:rFonts w:ascii="Aptos" w:hAnsi="Aptos"/>
          <w:sz w:val="21"/>
          <w:szCs w:val="21"/>
        </w:rPr>
        <w:t>Is there any other relevant information that would be helpful for the Speech and Language Therapist to know?</w:t>
      </w:r>
    </w:p>
    <w:p w14:paraId="14CE8FCD" w14:textId="77777777" w:rsidR="00E051C8" w:rsidRDefault="00947274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>Preferred method of communication:</w:t>
      </w:r>
    </w:p>
    <w:p w14:paraId="3DAAFDB1" w14:textId="77777777" w:rsidR="002D316A" w:rsidRDefault="00613E8E">
      <w:pPr>
        <w:rPr>
          <w:rFonts w:ascii="Aptos" w:hAnsi="Aptos"/>
          <w:sz w:val="21"/>
          <w:szCs w:val="21"/>
        </w:rPr>
      </w:pPr>
      <w:r w:rsidRPr="00DF30E4">
        <w:rPr>
          <w:rFonts w:ascii="Aptos" w:hAnsi="Aptos"/>
          <w:sz w:val="21"/>
          <w:szCs w:val="21"/>
        </w:rPr>
        <w:t xml:space="preserve">☐ </w:t>
      </w:r>
      <w:r>
        <w:rPr>
          <w:rFonts w:ascii="Aptos" w:hAnsi="Aptos"/>
          <w:sz w:val="21"/>
          <w:szCs w:val="21"/>
        </w:rPr>
        <w:t>Telephone</w:t>
      </w:r>
      <w:r w:rsidRPr="00DF30E4">
        <w:rPr>
          <w:rFonts w:ascii="Aptos" w:hAnsi="Aptos"/>
          <w:sz w:val="21"/>
          <w:szCs w:val="21"/>
        </w:rPr>
        <w:t xml:space="preserve">               ☐ </w:t>
      </w:r>
      <w:r>
        <w:rPr>
          <w:rFonts w:ascii="Aptos" w:hAnsi="Aptos"/>
          <w:sz w:val="21"/>
          <w:szCs w:val="21"/>
        </w:rPr>
        <w:t>Email</w:t>
      </w:r>
      <w:r w:rsidRPr="00DF30E4">
        <w:rPr>
          <w:rFonts w:ascii="Aptos" w:hAnsi="Aptos"/>
          <w:sz w:val="21"/>
          <w:szCs w:val="21"/>
        </w:rPr>
        <w:t xml:space="preserve">                ☐ Le</w:t>
      </w:r>
      <w:r>
        <w:rPr>
          <w:rFonts w:ascii="Aptos" w:hAnsi="Aptos"/>
          <w:sz w:val="21"/>
          <w:szCs w:val="21"/>
        </w:rPr>
        <w:t>tter</w:t>
      </w:r>
      <w:r w:rsidRPr="00DF30E4">
        <w:rPr>
          <w:rFonts w:ascii="Aptos" w:hAnsi="Aptos"/>
          <w:sz w:val="21"/>
          <w:szCs w:val="21"/>
        </w:rPr>
        <w:t xml:space="preserve">                ☐ </w:t>
      </w:r>
      <w:r>
        <w:rPr>
          <w:rFonts w:ascii="Aptos" w:hAnsi="Aptos"/>
          <w:sz w:val="21"/>
          <w:szCs w:val="21"/>
        </w:rPr>
        <w:t>Other – please specify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709"/>
        <w:gridCol w:w="4579"/>
      </w:tblGrid>
      <w:tr w:rsidR="002D316A" w14:paraId="39DED219" w14:textId="77777777" w:rsidTr="002D316A">
        <w:tc>
          <w:tcPr>
            <w:tcW w:w="410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10CF4339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 xml:space="preserve">Referrer Signature:           </w:t>
            </w:r>
          </w:p>
          <w:p w14:paraId="40301BDB" w14:textId="313D1EB1" w:rsidR="002D316A" w:rsidRDefault="002D316A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 xml:space="preserve">                                          </w:t>
            </w:r>
          </w:p>
          <w:p w14:paraId="71D93232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679DCD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061DA20F" w14:textId="6DA622FB" w:rsidR="002D316A" w:rsidRDefault="002D316A">
            <w:pPr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Date:</w:t>
            </w:r>
          </w:p>
        </w:tc>
      </w:tr>
      <w:tr w:rsidR="002D316A" w14:paraId="192703A7" w14:textId="77777777" w:rsidTr="002D316A">
        <w:tc>
          <w:tcPr>
            <w:tcW w:w="4106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44114D46" w14:textId="77777777" w:rsidR="002D316A" w:rsidRDefault="002D316A" w:rsidP="002D316A">
            <w:pPr>
              <w:rPr>
                <w:rFonts w:ascii="Aptos" w:hAnsi="Aptos"/>
                <w:sz w:val="21"/>
                <w:szCs w:val="21"/>
              </w:rPr>
            </w:pPr>
          </w:p>
          <w:p w14:paraId="5A3A88B6" w14:textId="332596A7" w:rsidR="002D316A" w:rsidRPr="00DF30E4" w:rsidRDefault="002D316A" w:rsidP="002D316A">
            <w:pPr>
              <w:rPr>
                <w:rFonts w:ascii="Aptos" w:hAnsi="Aptos"/>
                <w:sz w:val="21"/>
                <w:szCs w:val="21"/>
              </w:rPr>
            </w:pPr>
            <w:r w:rsidRPr="00DF30E4">
              <w:rPr>
                <w:rFonts w:ascii="Aptos" w:hAnsi="Aptos"/>
                <w:sz w:val="21"/>
                <w:szCs w:val="21"/>
              </w:rPr>
              <w:t>Print Name:</w:t>
            </w:r>
          </w:p>
          <w:p w14:paraId="52505B23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  <w:p w14:paraId="342EC8D9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DBF66A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457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7BB8EB2A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  <w:p w14:paraId="6E890238" w14:textId="77777777" w:rsidR="002D316A" w:rsidRDefault="002D316A">
            <w:pPr>
              <w:rPr>
                <w:rFonts w:ascii="Aptos" w:hAnsi="Aptos"/>
                <w:sz w:val="21"/>
                <w:szCs w:val="21"/>
              </w:rPr>
            </w:pPr>
          </w:p>
        </w:tc>
      </w:tr>
    </w:tbl>
    <w:p w14:paraId="01326374" w14:textId="129B87CF" w:rsidR="00E051C8" w:rsidRPr="00DF30E4" w:rsidRDefault="00E051C8">
      <w:pPr>
        <w:rPr>
          <w:rFonts w:ascii="Aptos" w:hAnsi="Aptos"/>
          <w:sz w:val="21"/>
          <w:szCs w:val="21"/>
        </w:rPr>
      </w:pPr>
    </w:p>
    <w:sectPr w:rsidR="00E051C8" w:rsidRPr="00DF30E4" w:rsidSect="0054760B">
      <w:headerReference w:type="default" r:id="rId9"/>
      <w:footerReference w:type="default" r:id="rId10"/>
      <w:pgSz w:w="12240" w:h="15840"/>
      <w:pgMar w:top="1440" w:right="1418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104C51" w14:textId="77777777" w:rsidR="00A77C3B" w:rsidRDefault="00A77C3B" w:rsidP="00BD5353">
      <w:pPr>
        <w:spacing w:after="0" w:line="240" w:lineRule="auto"/>
      </w:pPr>
      <w:r>
        <w:separator/>
      </w:r>
    </w:p>
  </w:endnote>
  <w:endnote w:type="continuationSeparator" w:id="0">
    <w:p w14:paraId="46423E2C" w14:textId="77777777" w:rsidR="00A77C3B" w:rsidRDefault="00A77C3B" w:rsidP="00BD5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025A9D" w14:textId="08BACCBC" w:rsidR="00BD5353" w:rsidRPr="00BD5353" w:rsidRDefault="00BD5353" w:rsidP="00BD5353">
    <w:pPr>
      <w:pStyle w:val="Footer"/>
      <w:jc w:val="right"/>
      <w:rPr>
        <w:rFonts w:ascii="Aptos Light" w:hAnsi="Aptos Light"/>
        <w:color w:val="6F9EA8"/>
        <w:sz w:val="16"/>
        <w:szCs w:val="16"/>
        <w:lang w:val="en-GB"/>
      </w:rPr>
    </w:pPr>
    <w:r w:rsidRPr="00BD5353">
      <w:rPr>
        <w:rFonts w:ascii="Aptos Light" w:hAnsi="Aptos Light"/>
        <w:color w:val="6F9EA8"/>
        <w:sz w:val="16"/>
        <w:szCs w:val="16"/>
        <w:lang w:val="en-GB"/>
      </w:rPr>
      <w:t>© Rowan Ranner – Communication Pathways Speech &amp; Language Therapy Ltd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5A4A81" w14:textId="77777777" w:rsidR="00A77C3B" w:rsidRDefault="00A77C3B" w:rsidP="00BD5353">
      <w:pPr>
        <w:spacing w:after="0" w:line="240" w:lineRule="auto"/>
      </w:pPr>
      <w:r>
        <w:separator/>
      </w:r>
    </w:p>
  </w:footnote>
  <w:footnote w:type="continuationSeparator" w:id="0">
    <w:p w14:paraId="5AD08870" w14:textId="77777777" w:rsidR="00A77C3B" w:rsidRDefault="00A77C3B" w:rsidP="00BD5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41399" w14:textId="6623332E" w:rsidR="00BD5353" w:rsidRDefault="00BD53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6F5A74" wp14:editId="347DDEC8">
          <wp:simplePos x="0" y="0"/>
          <wp:positionH relativeFrom="column">
            <wp:posOffset>3839894</wp:posOffset>
          </wp:positionH>
          <wp:positionV relativeFrom="paragraph">
            <wp:posOffset>-42203</wp:posOffset>
          </wp:positionV>
          <wp:extent cx="2244074" cy="528582"/>
          <wp:effectExtent l="0" t="0" r="0" b="0"/>
          <wp:wrapNone/>
          <wp:docPr id="873321027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321027" name="Graphic 87332102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74" cy="528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6BA0EB3"/>
    <w:multiLevelType w:val="hybridMultilevel"/>
    <w:tmpl w:val="6BCE1A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32344">
    <w:abstractNumId w:val="8"/>
  </w:num>
  <w:num w:numId="2" w16cid:durableId="484126143">
    <w:abstractNumId w:val="6"/>
  </w:num>
  <w:num w:numId="3" w16cid:durableId="1702628500">
    <w:abstractNumId w:val="5"/>
  </w:num>
  <w:num w:numId="4" w16cid:durableId="1968197905">
    <w:abstractNumId w:val="4"/>
  </w:num>
  <w:num w:numId="5" w16cid:durableId="761878001">
    <w:abstractNumId w:val="7"/>
  </w:num>
  <w:num w:numId="6" w16cid:durableId="1935899657">
    <w:abstractNumId w:val="3"/>
  </w:num>
  <w:num w:numId="7" w16cid:durableId="1779833418">
    <w:abstractNumId w:val="2"/>
  </w:num>
  <w:num w:numId="8" w16cid:durableId="1243685060">
    <w:abstractNumId w:val="1"/>
  </w:num>
  <w:num w:numId="9" w16cid:durableId="1267539808">
    <w:abstractNumId w:val="0"/>
  </w:num>
  <w:num w:numId="10" w16cid:durableId="133833860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316A"/>
    <w:rsid w:val="00326F90"/>
    <w:rsid w:val="004F0D3B"/>
    <w:rsid w:val="00505DB7"/>
    <w:rsid w:val="0054760B"/>
    <w:rsid w:val="00613E8E"/>
    <w:rsid w:val="0064617A"/>
    <w:rsid w:val="00895453"/>
    <w:rsid w:val="00947274"/>
    <w:rsid w:val="009A6F9B"/>
    <w:rsid w:val="009B0E28"/>
    <w:rsid w:val="009D1BDF"/>
    <w:rsid w:val="00A663C4"/>
    <w:rsid w:val="00A77C3B"/>
    <w:rsid w:val="00AA1D8D"/>
    <w:rsid w:val="00B47730"/>
    <w:rsid w:val="00BD5353"/>
    <w:rsid w:val="00CB0664"/>
    <w:rsid w:val="00DF30E4"/>
    <w:rsid w:val="00E051C8"/>
    <w:rsid w:val="00E30D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6EBCF5"/>
  <w14:defaultImageDpi w14:val="300"/>
  <w15:docId w15:val="{50B26032-FBD3-4070-BB90-5EC7876BA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30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3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wanrannerSLT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679</Words>
  <Characters>3236</Characters>
  <Application>Microsoft Office Word</Application>
  <DocSecurity>0</DocSecurity>
  <Lines>95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Neil Bowness - Turnwheel</cp:lastModifiedBy>
  <cp:revision>8</cp:revision>
  <dcterms:created xsi:type="dcterms:W3CDTF">2026-07-20T13:47:00Z</dcterms:created>
  <dcterms:modified xsi:type="dcterms:W3CDTF">2026-07-21T13:47:00Z</dcterms:modified>
  <cp:category/>
</cp:coreProperties>
</file>